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F42DB" w:rsidRPr="008E734C" w:rsidRDefault="008E734C" w:rsidP="008E734C">
      <w:pPr>
        <w:shd w:val="clear" w:color="auto" w:fill="00B050"/>
        <w:jc w:val="center"/>
      </w:pPr>
      <w:r w:rsidRPr="008E734C">
        <w:rPr>
          <w:b/>
          <w:sz w:val="48"/>
        </w:rPr>
        <w:t>Wood Lane Primary School</w:t>
      </w:r>
    </w:p>
    <w:p w:rsidR="00BF42DB" w:rsidRPr="008E734C" w:rsidRDefault="008E734C" w:rsidP="008E734C">
      <w:pPr>
        <w:shd w:val="clear" w:color="auto" w:fill="00B050"/>
        <w:jc w:val="center"/>
      </w:pPr>
      <w:r w:rsidRPr="008E734C">
        <w:rPr>
          <w:b/>
          <w:sz w:val="40"/>
        </w:rPr>
        <w:t>ARTIFICIAL INTELLIGENCE (AI) POLICY</w:t>
      </w:r>
    </w:p>
    <w:p w:rsidR="008E734C" w:rsidRPr="008E734C" w:rsidRDefault="008E734C" w:rsidP="008E734C">
      <w:pPr>
        <w:jc w:val="center"/>
        <w:rPr>
          <w:b/>
          <w:i/>
          <w:sz w:val="28"/>
        </w:rPr>
      </w:pPr>
      <w:r w:rsidRPr="008E734C">
        <w:rPr>
          <w:b/>
          <w:i/>
          <w:sz w:val="28"/>
        </w:rPr>
        <w:drawing>
          <wp:inline distT="0" distB="0" distL="0" distR="0" wp14:anchorId="245A919E" wp14:editId="0E190042">
            <wp:extent cx="2028825" cy="2165231"/>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b="3462"/>
                    <a:stretch/>
                  </pic:blipFill>
                  <pic:spPr bwMode="auto">
                    <a:xfrm>
                      <a:off x="0" y="0"/>
                      <a:ext cx="2029108" cy="2165533"/>
                    </a:xfrm>
                    <a:prstGeom prst="rect">
                      <a:avLst/>
                    </a:prstGeom>
                    <a:ln>
                      <a:noFill/>
                    </a:ln>
                    <a:extLst>
                      <a:ext uri="{53640926-AAD7-44D8-BBD7-CCE9431645EC}">
                        <a14:shadowObscured xmlns:a14="http://schemas.microsoft.com/office/drawing/2010/main"/>
                      </a:ext>
                    </a:extLst>
                  </pic:spPr>
                </pic:pic>
              </a:graphicData>
            </a:graphic>
          </wp:inline>
        </w:drawing>
      </w:r>
    </w:p>
    <w:p w:rsidR="00BF42DB" w:rsidRPr="008E734C" w:rsidRDefault="008E734C">
      <w:pPr>
        <w:jc w:val="center"/>
        <w:rPr>
          <w:color w:val="00B050"/>
        </w:rPr>
      </w:pPr>
      <w:r w:rsidRPr="008E734C">
        <w:rPr>
          <w:b/>
          <w:i/>
          <w:color w:val="00B050"/>
          <w:sz w:val="28"/>
        </w:rPr>
        <w:t>“BE THE BEST VERSION OF YOURSELF”</w:t>
      </w:r>
    </w:p>
    <w:tbl>
      <w:tblPr>
        <w:tblStyle w:val="TableGrid"/>
        <w:tblW w:w="0" w:type="auto"/>
        <w:jc w:val="center"/>
        <w:tblLook w:val="04A0" w:firstRow="1" w:lastRow="0" w:firstColumn="1" w:lastColumn="0" w:noHBand="0" w:noVBand="1"/>
      </w:tblPr>
      <w:tblGrid>
        <w:gridCol w:w="4968"/>
        <w:gridCol w:w="4968"/>
      </w:tblGrid>
      <w:tr w:rsidR="00BF42DB">
        <w:trPr>
          <w:jc w:val="center"/>
        </w:trPr>
        <w:tc>
          <w:tcPr>
            <w:tcW w:w="4968" w:type="dxa"/>
          </w:tcPr>
          <w:p w:rsidR="00BF42DB" w:rsidRDefault="008E734C">
            <w:r>
              <w:rPr>
                <w:b/>
              </w:rPr>
              <w:t>Updated</w:t>
            </w:r>
          </w:p>
        </w:tc>
        <w:tc>
          <w:tcPr>
            <w:tcW w:w="4968" w:type="dxa"/>
          </w:tcPr>
          <w:p w:rsidR="00BF42DB" w:rsidRDefault="008E734C">
            <w:r>
              <w:t>September 2026</w:t>
            </w:r>
          </w:p>
        </w:tc>
      </w:tr>
      <w:tr w:rsidR="00BF42DB">
        <w:trPr>
          <w:jc w:val="center"/>
        </w:trPr>
        <w:tc>
          <w:tcPr>
            <w:tcW w:w="4968" w:type="dxa"/>
          </w:tcPr>
          <w:p w:rsidR="00BF42DB" w:rsidRDefault="008E734C">
            <w:r>
              <w:rPr>
                <w:b/>
              </w:rPr>
              <w:t>Effective from</w:t>
            </w:r>
          </w:p>
        </w:tc>
        <w:tc>
          <w:tcPr>
            <w:tcW w:w="4968" w:type="dxa"/>
          </w:tcPr>
          <w:p w:rsidR="00BF42DB" w:rsidRDefault="008E734C">
            <w:r>
              <w:t>1 September 2026</w:t>
            </w:r>
          </w:p>
        </w:tc>
      </w:tr>
      <w:tr w:rsidR="008E734C">
        <w:trPr>
          <w:jc w:val="center"/>
        </w:trPr>
        <w:tc>
          <w:tcPr>
            <w:tcW w:w="4968" w:type="dxa"/>
          </w:tcPr>
          <w:p w:rsidR="008E734C" w:rsidRDefault="008E734C">
            <w:pPr>
              <w:rPr>
                <w:b/>
              </w:rPr>
            </w:pPr>
            <w:r>
              <w:rPr>
                <w:b/>
              </w:rPr>
              <w:t>Policy mid-point review</w:t>
            </w:r>
          </w:p>
        </w:tc>
        <w:tc>
          <w:tcPr>
            <w:tcW w:w="4968" w:type="dxa"/>
          </w:tcPr>
          <w:p w:rsidR="008E734C" w:rsidRDefault="008E734C">
            <w:r>
              <w:t>Awaiting Staffordshire Safeguarding Policy</w:t>
            </w:r>
          </w:p>
        </w:tc>
      </w:tr>
      <w:tr w:rsidR="00BF42DB">
        <w:trPr>
          <w:jc w:val="center"/>
        </w:trPr>
        <w:tc>
          <w:tcPr>
            <w:tcW w:w="4968" w:type="dxa"/>
          </w:tcPr>
          <w:p w:rsidR="00BF42DB" w:rsidRDefault="008E734C">
            <w:r>
              <w:rPr>
                <w:b/>
              </w:rPr>
              <w:t>Review</w:t>
            </w:r>
          </w:p>
        </w:tc>
        <w:tc>
          <w:tcPr>
            <w:tcW w:w="4968" w:type="dxa"/>
          </w:tcPr>
          <w:p w:rsidR="00BF42DB" w:rsidRDefault="008E734C">
            <w:r>
              <w:t>September 2027</w:t>
            </w:r>
          </w:p>
        </w:tc>
      </w:tr>
      <w:tr w:rsidR="00BF42DB">
        <w:trPr>
          <w:jc w:val="center"/>
        </w:trPr>
        <w:tc>
          <w:tcPr>
            <w:tcW w:w="4968" w:type="dxa"/>
          </w:tcPr>
          <w:p w:rsidR="00BF42DB" w:rsidRDefault="008E734C">
            <w:r>
              <w:rPr>
                <w:b/>
              </w:rPr>
              <w:t>Approved by</w:t>
            </w:r>
          </w:p>
        </w:tc>
        <w:tc>
          <w:tcPr>
            <w:tcW w:w="4968" w:type="dxa"/>
          </w:tcPr>
          <w:p w:rsidR="00BF42DB" w:rsidRDefault="008E734C">
            <w:r>
              <w:t>Governing Body</w:t>
            </w:r>
          </w:p>
        </w:tc>
      </w:tr>
      <w:tr w:rsidR="00BF42DB">
        <w:trPr>
          <w:jc w:val="center"/>
        </w:trPr>
        <w:tc>
          <w:tcPr>
            <w:tcW w:w="4968" w:type="dxa"/>
          </w:tcPr>
          <w:p w:rsidR="00BF42DB" w:rsidRDefault="008E734C">
            <w:r>
              <w:rPr>
                <w:b/>
              </w:rPr>
              <w:t>Policy owner</w:t>
            </w:r>
          </w:p>
        </w:tc>
        <w:tc>
          <w:tcPr>
            <w:tcW w:w="4968" w:type="dxa"/>
          </w:tcPr>
          <w:p w:rsidR="00BF42DB" w:rsidRDefault="008E734C">
            <w:r>
              <w:t>Headteacher / Senior Leadership Team</w:t>
            </w:r>
          </w:p>
        </w:tc>
      </w:tr>
    </w:tbl>
    <w:p w:rsidR="00BF42DB" w:rsidRDefault="008E734C">
      <w:pPr>
        <w:pStyle w:val="Heading1"/>
      </w:pPr>
      <w:r>
        <w:t>1. Introduction and Statement of Intent</w:t>
      </w:r>
    </w:p>
    <w:p w:rsidR="00BF42DB" w:rsidRDefault="008E734C" w:rsidP="008E734C">
      <w:pPr>
        <w:jc w:val="both"/>
      </w:pPr>
      <w:r>
        <w:t>Wood Lane Primary School recognises that artificial intelligence (AI), including generative AI, is developing rapidly and may provide educational, administrative and accessibility benefits. AI can also create safegua</w:t>
      </w:r>
      <w:r>
        <w:t>rding, online safety, data protection, cyber security, health and safety, equality, intellectual property and educational-integrity risks. This policy establishes a safe, proportionate and human-led approach to the use of AI in school.</w:t>
      </w:r>
    </w:p>
    <w:p w:rsidR="00BF42DB" w:rsidRDefault="008E734C" w:rsidP="008E734C">
      <w:pPr>
        <w:jc w:val="both"/>
      </w:pPr>
      <w:r>
        <w:t>This policy operates</w:t>
      </w:r>
      <w:r>
        <w:t xml:space="preserve"> alongside the Child Protection and Safeguarding Policy, Online Safety / Cyber Security Policy, Prevent / Counter-Extremism Policy, Behaviour Policy, Anti-Bullying Policy, Data Protection arrangements, Acceptable Use arrangements, Health and Safety Policy,</w:t>
      </w:r>
      <w:r>
        <w:t xml:space="preserve"> Equality and SEND arrangements and relevant curriculum policies.</w:t>
      </w:r>
    </w:p>
    <w:p w:rsidR="00BF42DB" w:rsidRDefault="008E734C" w:rsidP="008E734C">
      <w:pPr>
        <w:jc w:val="both"/>
      </w:pPr>
      <w:r>
        <w:t>Interim position pending Staffordshire County Council guidance: The school understands that the Staffordshire County Council / Staffordshire education service AI policy or 2026/27 guidance i</w:t>
      </w:r>
      <w:r>
        <w:t>s not yet available. This school policy is therefore an interim local policy for use until the relevant Staffordshire guidance is issued. Once issued, the school will review this policy against the Council's requirements and update it where necessary. Wher</w:t>
      </w:r>
      <w:r>
        <w:t>e there is any conflict between this policy and a subsequently issued statutory requirement, legislation or mandatory local-authority requirement, the latter will take precedence.</w:t>
      </w:r>
    </w:p>
    <w:p w:rsidR="00BF42DB" w:rsidRDefault="008E734C" w:rsidP="008E734C">
      <w:pPr>
        <w:jc w:val="both"/>
      </w:pPr>
      <w:r>
        <w:t>This policy has been prepared for September 2026 and is designed to align wi</w:t>
      </w:r>
      <w:r>
        <w:t xml:space="preserve">th the Department for Education's Keeping Children Safe in Education 2026 (KCSIE 2026), which comes into force on 1 September 2026. It also reflects current Department for Education guidance on generative AI in education, </w:t>
      </w:r>
      <w:r>
        <w:lastRenderedPageBreak/>
        <w:t>DfE generative AI product safety s</w:t>
      </w:r>
      <w:r>
        <w:t>tandards, data-protection guidance, Prevent requirements and school health and safety duties.</w:t>
      </w:r>
    </w:p>
    <w:p w:rsidR="00BF42DB" w:rsidRDefault="008E734C">
      <w:pPr>
        <w:pStyle w:val="Heading1"/>
      </w:pPr>
      <w:r>
        <w:t>2. Aims and Objectives</w:t>
      </w:r>
    </w:p>
    <w:p w:rsidR="00BF42DB" w:rsidRDefault="008E734C" w:rsidP="008E734C">
      <w:pPr>
        <w:pStyle w:val="ListBullet"/>
        <w:jc w:val="both"/>
      </w:pPr>
      <w:r>
        <w:t>Use AI only where there is a clear educational, administrative, accessibility or safeguarding benefit that outweighs the risks.</w:t>
      </w:r>
    </w:p>
    <w:p w:rsidR="00BF42DB" w:rsidRDefault="008E734C" w:rsidP="008E734C">
      <w:pPr>
        <w:pStyle w:val="ListBullet"/>
        <w:jc w:val="both"/>
      </w:pPr>
      <w:r>
        <w:t xml:space="preserve">Keep </w:t>
      </w:r>
      <w:r>
        <w:t>children safe from harmful, inappropriate, manipulative, extremist or discriminatory AI-generated content.</w:t>
      </w:r>
    </w:p>
    <w:p w:rsidR="00BF42DB" w:rsidRDefault="008E734C" w:rsidP="008E734C">
      <w:pPr>
        <w:pStyle w:val="ListBullet"/>
        <w:jc w:val="both"/>
      </w:pPr>
      <w:r>
        <w:t>Protect pupils, staff and families from privacy, data-protection and cyber-security risks.</w:t>
      </w:r>
    </w:p>
    <w:p w:rsidR="00BF42DB" w:rsidRDefault="008E734C" w:rsidP="008E734C">
      <w:pPr>
        <w:pStyle w:val="ListBullet"/>
        <w:jc w:val="both"/>
      </w:pPr>
      <w:r>
        <w:t>Ensure AI never replaces professional judgement where safe</w:t>
      </w:r>
      <w:r>
        <w:t>guarding, behaviour, SEND, medical, disciplinary or other significant decisions are involved.</w:t>
      </w:r>
    </w:p>
    <w:p w:rsidR="00BF42DB" w:rsidRDefault="008E734C" w:rsidP="008E734C">
      <w:pPr>
        <w:pStyle w:val="ListBullet"/>
        <w:jc w:val="both"/>
      </w:pPr>
      <w:r>
        <w:t>Promote critical thinking so pupils understand that AI-generated information can be inaccurate, biased, misleading or unsafe.</w:t>
      </w:r>
    </w:p>
    <w:p w:rsidR="00BF42DB" w:rsidRDefault="008E734C" w:rsidP="008E734C">
      <w:pPr>
        <w:pStyle w:val="ListBullet"/>
        <w:jc w:val="both"/>
      </w:pPr>
      <w:r>
        <w:t>Prevent AI-enabled bullying, harassm</w:t>
      </w:r>
      <w:r>
        <w:t>ent, impersonation, image abuse, deepfakes and other harmful behaviour.</w:t>
      </w:r>
    </w:p>
    <w:p w:rsidR="00BF42DB" w:rsidRDefault="008E734C" w:rsidP="008E734C">
      <w:pPr>
        <w:pStyle w:val="ListBullet"/>
        <w:jc w:val="both"/>
      </w:pPr>
      <w:r>
        <w:t>Ensure AI use is consistent with the school's Prevent duty and supports resilience against manipulation and radicalisation.</w:t>
      </w:r>
    </w:p>
    <w:p w:rsidR="00BF42DB" w:rsidRDefault="008E734C" w:rsidP="008E734C">
      <w:pPr>
        <w:pStyle w:val="ListBullet"/>
        <w:jc w:val="both"/>
      </w:pPr>
      <w:r>
        <w:t>Maintain safe, age-appropriate and supervised use of AI by p</w:t>
      </w:r>
      <w:r>
        <w:t>upils.</w:t>
      </w:r>
    </w:p>
    <w:p w:rsidR="00BF42DB" w:rsidRDefault="008E734C" w:rsidP="008E734C">
      <w:pPr>
        <w:pStyle w:val="ListBullet"/>
        <w:jc w:val="both"/>
      </w:pPr>
      <w:r>
        <w:t>Ensure staff are trained to use AI safely and responsibly.</w:t>
      </w:r>
    </w:p>
    <w:p w:rsidR="00BF42DB" w:rsidRDefault="008E734C" w:rsidP="008E734C">
      <w:pPr>
        <w:pStyle w:val="ListBullet"/>
        <w:jc w:val="both"/>
      </w:pPr>
      <w:r>
        <w:t>Maintain records, risk assessments and assurance arrangements for approved AI systems.</w:t>
      </w:r>
    </w:p>
    <w:p w:rsidR="00BF42DB" w:rsidRDefault="008E734C">
      <w:pPr>
        <w:pStyle w:val="Heading1"/>
      </w:pPr>
      <w:r>
        <w:t>3. Definitions</w:t>
      </w:r>
    </w:p>
    <w:p w:rsidR="00BF42DB" w:rsidRDefault="008E734C" w:rsidP="008E734C">
      <w:pPr>
        <w:jc w:val="both"/>
      </w:pPr>
      <w:r>
        <w:rPr>
          <w:b/>
        </w:rPr>
        <w:t xml:space="preserve">Artificial Intelligence (AI): </w:t>
      </w:r>
      <w:r>
        <w:t>Technology that performs tasks that normally require human</w:t>
      </w:r>
      <w:r>
        <w:t xml:space="preserve"> intelligence, including recognising patterns, generating content, making predictions or supporting decisions.</w:t>
      </w:r>
    </w:p>
    <w:p w:rsidR="00BF42DB" w:rsidRDefault="008E734C" w:rsidP="008E734C">
      <w:pPr>
        <w:jc w:val="both"/>
      </w:pPr>
      <w:r>
        <w:rPr>
          <w:b/>
        </w:rPr>
        <w:t xml:space="preserve">Generative AI: </w:t>
      </w:r>
      <w:r>
        <w:t>AI that can generate new text, images, audio, video, code or other content in response to prompts or other inputs.</w:t>
      </w:r>
    </w:p>
    <w:p w:rsidR="00BF42DB" w:rsidRDefault="008E734C" w:rsidP="008E734C">
      <w:pPr>
        <w:jc w:val="both"/>
      </w:pPr>
      <w:r>
        <w:rPr>
          <w:b/>
        </w:rPr>
        <w:t xml:space="preserve">AI tool: </w:t>
      </w:r>
      <w:r>
        <w:t>Any so</w:t>
      </w:r>
      <w:r>
        <w:t>ftware, platform, application, device or service incorporating AI functionality.</w:t>
      </w:r>
    </w:p>
    <w:p w:rsidR="00BF42DB" w:rsidRDefault="008E734C" w:rsidP="008E734C">
      <w:pPr>
        <w:jc w:val="both"/>
      </w:pPr>
      <w:r>
        <w:rPr>
          <w:b/>
        </w:rPr>
        <w:t xml:space="preserve">AI-generated content: </w:t>
      </w:r>
      <w:r>
        <w:t>Content produced wholly or partly by an AI system, including text, images, audio, video, code and synthetic or manipulated media.</w:t>
      </w:r>
    </w:p>
    <w:p w:rsidR="00BF42DB" w:rsidRDefault="008E734C" w:rsidP="008E734C">
      <w:pPr>
        <w:jc w:val="both"/>
      </w:pPr>
      <w:r>
        <w:rPr>
          <w:b/>
        </w:rPr>
        <w:t xml:space="preserve">Deepfake: </w:t>
      </w:r>
      <w:r>
        <w:t xml:space="preserve">AI-generated </w:t>
      </w:r>
      <w:r>
        <w:t>or manipulated media that can make a person appear to say or do something they did not say or do.</w:t>
      </w:r>
    </w:p>
    <w:p w:rsidR="00BF42DB" w:rsidRDefault="008E734C">
      <w:pPr>
        <w:pStyle w:val="Heading1"/>
      </w:pPr>
      <w:r>
        <w:t>4. Legal, Statutory and Guidance Framework</w:t>
      </w:r>
    </w:p>
    <w:p w:rsidR="00BF42DB" w:rsidRDefault="008E734C">
      <w:r>
        <w:t>The school will comply with applicable legal and statutory requirements and have regard to relevant guidance, inclu</w:t>
      </w:r>
      <w:r>
        <w:t>ding:</w:t>
      </w:r>
    </w:p>
    <w:p w:rsidR="00BF42DB" w:rsidRDefault="008E734C" w:rsidP="008E734C">
      <w:pPr>
        <w:pStyle w:val="ListBullet"/>
        <w:jc w:val="both"/>
      </w:pPr>
      <w:r>
        <w:t>Keeping Children Safe in Education 2026 (effective from 1 September 2026).</w:t>
      </w:r>
    </w:p>
    <w:p w:rsidR="00BF42DB" w:rsidRDefault="008E734C" w:rsidP="008E734C">
      <w:pPr>
        <w:pStyle w:val="ListBullet"/>
        <w:jc w:val="both"/>
      </w:pPr>
      <w:r>
        <w:t>Education safeguarding duties, including online safety, filtering and monitoring.</w:t>
      </w:r>
    </w:p>
    <w:p w:rsidR="00BF42DB" w:rsidRDefault="008E734C" w:rsidP="008E734C">
      <w:pPr>
        <w:pStyle w:val="ListBullet"/>
        <w:jc w:val="both"/>
      </w:pPr>
      <w:r>
        <w:t>Prevent duty requirements under section 26 of the Counter-Terrorism and Security Act 2015 and</w:t>
      </w:r>
      <w:r>
        <w:t xml:space="preserve"> current Prevent Duty Guidance for England and Wales.</w:t>
      </w:r>
    </w:p>
    <w:p w:rsidR="00BF42DB" w:rsidRDefault="008E734C" w:rsidP="008E734C">
      <w:pPr>
        <w:pStyle w:val="ListBullet"/>
        <w:jc w:val="both"/>
      </w:pPr>
      <w:r>
        <w:t>UK GDPR and the Data Protection Act 2018, including changes arising from the Data (Use and Access) Act 2025.</w:t>
      </w:r>
    </w:p>
    <w:p w:rsidR="00BF42DB" w:rsidRDefault="008E734C" w:rsidP="008E734C">
      <w:pPr>
        <w:pStyle w:val="ListBullet"/>
        <w:jc w:val="both"/>
      </w:pPr>
      <w:r>
        <w:t>Equality Act 2010 and duties to make reasonable adjustments.</w:t>
      </w:r>
    </w:p>
    <w:p w:rsidR="00BF42DB" w:rsidRDefault="008E734C" w:rsidP="008E734C">
      <w:pPr>
        <w:pStyle w:val="ListBullet"/>
        <w:jc w:val="both"/>
      </w:pPr>
      <w:r>
        <w:lastRenderedPageBreak/>
        <w:t>Health and safety duties and the</w:t>
      </w:r>
      <w:r>
        <w:t xml:space="preserve"> school's risk assessment arrangements.</w:t>
      </w:r>
    </w:p>
    <w:p w:rsidR="00BF42DB" w:rsidRDefault="008E734C" w:rsidP="008E734C">
      <w:pPr>
        <w:pStyle w:val="ListBullet"/>
        <w:jc w:val="both"/>
      </w:pPr>
      <w:r>
        <w:t>Copyright, intellectual property and related legal requirements.</w:t>
      </w:r>
    </w:p>
    <w:p w:rsidR="00BF42DB" w:rsidRDefault="008E734C" w:rsidP="008E734C">
      <w:pPr>
        <w:pStyle w:val="ListBullet"/>
        <w:jc w:val="both"/>
      </w:pPr>
      <w:r>
        <w:t>The school's Behaviour, Anti-Bullying, Child Protection and Safeguarding, Online Safety / Cyber Security and Data Protection policies.</w:t>
      </w:r>
    </w:p>
    <w:p w:rsidR="00BF42DB" w:rsidRDefault="008E734C" w:rsidP="008E734C">
      <w:pPr>
        <w:jc w:val="both"/>
      </w:pPr>
      <w:r>
        <w:t xml:space="preserve">DfE guidance </w:t>
      </w:r>
      <w:r>
        <w:t>states that safety should be the top priority when deciding whether to use generative AI and that schools should assess benefits and risks, comply with age restrictions, consider online safety, use appropriate filtering and monitoring, and align AI use wit</w:t>
      </w:r>
      <w:r>
        <w:t>h KCSIE.</w:t>
      </w:r>
    </w:p>
    <w:p w:rsidR="00BF42DB" w:rsidRDefault="008E734C" w:rsidP="008E734C">
      <w:pPr>
        <w:pStyle w:val="Heading1"/>
        <w:jc w:val="both"/>
      </w:pPr>
      <w:r>
        <w:t>5</w:t>
      </w:r>
      <w:bookmarkStart w:id="0" w:name="_GoBack"/>
      <w:r>
        <w:t>. Principles for Safe and Responsible AI Use</w:t>
      </w:r>
    </w:p>
    <w:p w:rsidR="00BF42DB" w:rsidRDefault="008E734C" w:rsidP="008E734C">
      <w:pPr>
        <w:pStyle w:val="ListBullet"/>
        <w:jc w:val="both"/>
      </w:pPr>
      <w:r>
        <w:t>Human accountability: a named member of staff remains responsible for decisions, outputs and actions arising from AI use.</w:t>
      </w:r>
    </w:p>
    <w:p w:rsidR="00BF42DB" w:rsidRDefault="008E734C" w:rsidP="008E734C">
      <w:pPr>
        <w:pStyle w:val="ListBullet"/>
        <w:jc w:val="both"/>
      </w:pPr>
      <w:r>
        <w:t xml:space="preserve">Safety first: an AI tool will not be used simply because it is available or </w:t>
      </w:r>
      <w:r>
        <w:t>convenient.</w:t>
      </w:r>
    </w:p>
    <w:p w:rsidR="00BF42DB" w:rsidRDefault="008E734C" w:rsidP="008E734C">
      <w:pPr>
        <w:pStyle w:val="ListBullet"/>
        <w:jc w:val="both"/>
      </w:pPr>
      <w:r>
        <w:t>Purpose limitation: AI will be used for a defined and legitimate purpose.</w:t>
      </w:r>
    </w:p>
    <w:p w:rsidR="00BF42DB" w:rsidRDefault="008E734C" w:rsidP="008E734C">
      <w:pPr>
        <w:pStyle w:val="ListBullet"/>
        <w:jc w:val="both"/>
      </w:pPr>
      <w:r>
        <w:t>Data minimisation: only the minimum necessary information will be used; personal data will normally not be entered into public AI systems.</w:t>
      </w:r>
    </w:p>
    <w:p w:rsidR="00BF42DB" w:rsidRDefault="008E734C" w:rsidP="008E734C">
      <w:pPr>
        <w:pStyle w:val="ListBullet"/>
        <w:jc w:val="both"/>
      </w:pPr>
      <w:r>
        <w:t>Age appropriateness: pupils wil</w:t>
      </w:r>
      <w:r>
        <w:t>l only use AI tools permitted for their age and approved by the school.</w:t>
      </w:r>
    </w:p>
    <w:p w:rsidR="00BF42DB" w:rsidRDefault="008E734C" w:rsidP="008E734C">
      <w:pPr>
        <w:pStyle w:val="ListBullet"/>
        <w:jc w:val="both"/>
      </w:pPr>
      <w:r>
        <w:t>Transparency: significant AI-assisted decisions, communications or resources should be transparent to relevant people.</w:t>
      </w:r>
    </w:p>
    <w:p w:rsidR="00BF42DB" w:rsidRDefault="008E734C" w:rsidP="008E734C">
      <w:pPr>
        <w:pStyle w:val="ListBullet"/>
        <w:jc w:val="both"/>
      </w:pPr>
      <w:r>
        <w:t>Accuracy checking: AI output must be checked by a suitably knowle</w:t>
      </w:r>
      <w:r>
        <w:t>dgeable adult before being relied upon or shared.</w:t>
      </w:r>
    </w:p>
    <w:p w:rsidR="00BF42DB" w:rsidRDefault="008E734C" w:rsidP="008E734C">
      <w:pPr>
        <w:pStyle w:val="ListBullet"/>
        <w:jc w:val="both"/>
      </w:pPr>
      <w:r>
        <w:t>Fairness and inclusion: staff will consider bias, discrimination, accessibility and the impact on pupils with SEND or protected characteristics.</w:t>
      </w:r>
    </w:p>
    <w:p w:rsidR="00BF42DB" w:rsidRDefault="008E734C" w:rsidP="008E734C">
      <w:pPr>
        <w:pStyle w:val="ListBullet"/>
        <w:jc w:val="both"/>
      </w:pPr>
      <w:r>
        <w:t>Security: approved tools must be configured and used securely</w:t>
      </w:r>
      <w:r>
        <w:t>.</w:t>
      </w:r>
    </w:p>
    <w:p w:rsidR="00BF42DB" w:rsidRDefault="008E734C" w:rsidP="008E734C">
      <w:pPr>
        <w:pStyle w:val="ListBullet"/>
        <w:jc w:val="both"/>
      </w:pPr>
      <w:r>
        <w:t>Proportionality: the school will use the least risky method that can achieve the intended purpose.</w:t>
      </w:r>
    </w:p>
    <w:p w:rsidR="00BF42DB" w:rsidRDefault="008E734C" w:rsidP="008E734C">
      <w:pPr>
        <w:pStyle w:val="Heading1"/>
        <w:jc w:val="both"/>
      </w:pPr>
      <w:r>
        <w:t>6. Approved and Unapproved AI Use</w:t>
      </w:r>
    </w:p>
    <w:p w:rsidR="00BF42DB" w:rsidRDefault="008E734C" w:rsidP="008E734C">
      <w:pPr>
        <w:jc w:val="both"/>
      </w:pPr>
      <w:r>
        <w:t>The school will maintain an AI register or equivalent record of approved AI tools and their intended purposes. Staff must</w:t>
      </w:r>
      <w:r>
        <w:t xml:space="preserve"> not introduce an AI tool into school use for pupils or for processing school information without appropriate approval.</w:t>
      </w:r>
    </w:p>
    <w:p w:rsidR="00BF42DB" w:rsidRDefault="008E734C" w:rsidP="008E734C">
      <w:pPr>
        <w:jc w:val="both"/>
      </w:pPr>
      <w:r>
        <w:t>Potentially appropriate staff uses, subject to approval and checking, include:</w:t>
      </w:r>
    </w:p>
    <w:p w:rsidR="00BF42DB" w:rsidRDefault="008E734C" w:rsidP="008E734C">
      <w:pPr>
        <w:pStyle w:val="ListBullet"/>
        <w:jc w:val="both"/>
      </w:pPr>
      <w:r>
        <w:t>Generating draft lesson ideas, activities or non-sensitiv</w:t>
      </w:r>
      <w:r>
        <w:t>e planning materials.</w:t>
      </w:r>
    </w:p>
    <w:p w:rsidR="00BF42DB" w:rsidRDefault="008E734C" w:rsidP="008E734C">
      <w:pPr>
        <w:pStyle w:val="ListBullet"/>
        <w:jc w:val="both"/>
      </w:pPr>
      <w:r>
        <w:t>Producing differentiated starting points or accessibility-supporting materials.</w:t>
      </w:r>
    </w:p>
    <w:p w:rsidR="00BF42DB" w:rsidRDefault="008E734C" w:rsidP="008E734C">
      <w:pPr>
        <w:pStyle w:val="ListBullet"/>
        <w:jc w:val="both"/>
      </w:pPr>
      <w:r>
        <w:t>Generating administrative drafts that contain no inappropriate or unnecessary personal data.</w:t>
      </w:r>
    </w:p>
    <w:p w:rsidR="00BF42DB" w:rsidRDefault="008E734C" w:rsidP="008E734C">
      <w:pPr>
        <w:pStyle w:val="ListBullet"/>
        <w:jc w:val="both"/>
      </w:pPr>
      <w:r>
        <w:t>Supporting brainstorming, summarisation or drafting where a h</w:t>
      </w:r>
      <w:r>
        <w:t>uman reviews the output.</w:t>
      </w:r>
    </w:p>
    <w:p w:rsidR="00BF42DB" w:rsidRDefault="008E734C" w:rsidP="008E734C">
      <w:pPr>
        <w:jc w:val="both"/>
      </w:pPr>
      <w:r>
        <w:t>AI must not be used to:</w:t>
      </w:r>
    </w:p>
    <w:p w:rsidR="00BF42DB" w:rsidRDefault="008E734C" w:rsidP="008E734C">
      <w:pPr>
        <w:pStyle w:val="ListBullet"/>
        <w:jc w:val="both"/>
      </w:pPr>
      <w:r>
        <w:t>Make a final safeguarding, child-protection, disciplinary, exclusion, SEND, medical or welfare decision.</w:t>
      </w:r>
    </w:p>
    <w:p w:rsidR="00BF42DB" w:rsidRDefault="008E734C" w:rsidP="008E734C">
      <w:pPr>
        <w:pStyle w:val="ListBullet"/>
        <w:jc w:val="both"/>
      </w:pPr>
      <w:r>
        <w:t>Determine whether a child is at risk without human assessment.</w:t>
      </w:r>
    </w:p>
    <w:p w:rsidR="00BF42DB" w:rsidRDefault="008E734C" w:rsidP="008E734C">
      <w:pPr>
        <w:pStyle w:val="ListBullet"/>
        <w:jc w:val="both"/>
      </w:pPr>
      <w:r>
        <w:t xml:space="preserve">Generate or distribute discriminatory, </w:t>
      </w:r>
      <w:r>
        <w:t>abusive, sexually explicit, extremist, threatening or otherwise harmful content.</w:t>
      </w:r>
    </w:p>
    <w:p w:rsidR="00BF42DB" w:rsidRDefault="008E734C" w:rsidP="008E734C">
      <w:pPr>
        <w:pStyle w:val="ListBullet"/>
        <w:jc w:val="both"/>
      </w:pPr>
      <w:r>
        <w:t>Create realistic images, audio or video of pupils or staff without a lawful, approved and necessary purpose.</w:t>
      </w:r>
    </w:p>
    <w:p w:rsidR="00BF42DB" w:rsidRDefault="008E734C" w:rsidP="008E734C">
      <w:pPr>
        <w:pStyle w:val="ListBullet"/>
        <w:jc w:val="both"/>
      </w:pPr>
      <w:r>
        <w:t>Process personal or special-category data through an unapproved pu</w:t>
      </w:r>
      <w:r>
        <w:t>blic AI service.</w:t>
      </w:r>
    </w:p>
    <w:p w:rsidR="00BF42DB" w:rsidRDefault="008E734C" w:rsidP="008E734C">
      <w:pPr>
        <w:pStyle w:val="ListBullet"/>
        <w:jc w:val="both"/>
      </w:pPr>
      <w:r>
        <w:lastRenderedPageBreak/>
        <w:t>Bypass school filtering, monitoring, security controls or age restrictions.</w:t>
      </w:r>
    </w:p>
    <w:p w:rsidR="00BF42DB" w:rsidRDefault="008E734C" w:rsidP="008E734C">
      <w:pPr>
        <w:pStyle w:val="ListBullet"/>
        <w:jc w:val="both"/>
      </w:pPr>
      <w:r>
        <w:t>Produce work presented as wholly the pupil's or staff member's own where AI has materially generated it contrary to the relevant expectation.</w:t>
      </w:r>
    </w:p>
    <w:p w:rsidR="00BF42DB" w:rsidRDefault="008E734C" w:rsidP="008E734C">
      <w:pPr>
        <w:pStyle w:val="Heading1"/>
        <w:jc w:val="both"/>
      </w:pPr>
      <w:r>
        <w:t>7. Pupil Use of AI</w:t>
      </w:r>
    </w:p>
    <w:p w:rsidR="00BF42DB" w:rsidRDefault="008E734C" w:rsidP="008E734C">
      <w:pPr>
        <w:jc w:val="both"/>
      </w:pPr>
      <w:r>
        <w:t>As</w:t>
      </w:r>
      <w:r>
        <w:t xml:space="preserve"> a primary school, pupil-facing generative AI use will be highly controlled, age-appropriate and supervised. Pupils will only use AI tools specifically approved by the school and permitted by the tool's age requirements.</w:t>
      </w:r>
    </w:p>
    <w:p w:rsidR="00BF42DB" w:rsidRDefault="008E734C" w:rsidP="008E734C">
      <w:pPr>
        <w:pStyle w:val="ListBullet"/>
        <w:jc w:val="both"/>
      </w:pPr>
      <w:r>
        <w:t>Pupil use must take place under app</w:t>
      </w:r>
      <w:r>
        <w:t>ropriate adult supervision.</w:t>
      </w:r>
    </w:p>
    <w:p w:rsidR="00BF42DB" w:rsidRDefault="008E734C" w:rsidP="008E734C">
      <w:pPr>
        <w:pStyle w:val="ListBullet"/>
        <w:jc w:val="both"/>
      </w:pPr>
      <w:r>
        <w:t>AI activities must have a clear learning purpose and must not replace teaching, discussion, practical activity or independent thinking.</w:t>
      </w:r>
    </w:p>
    <w:p w:rsidR="00BF42DB" w:rsidRDefault="008E734C" w:rsidP="008E734C">
      <w:pPr>
        <w:pStyle w:val="ListBullet"/>
        <w:jc w:val="both"/>
      </w:pPr>
      <w:r>
        <w:t xml:space="preserve">Teachers must consider whether the AI tool has appropriate safety, filtering and monitoring </w:t>
      </w:r>
      <w:r>
        <w:t>features before use.</w:t>
      </w:r>
    </w:p>
    <w:p w:rsidR="00BF42DB" w:rsidRDefault="008E734C" w:rsidP="008E734C">
      <w:pPr>
        <w:pStyle w:val="ListBullet"/>
        <w:jc w:val="both"/>
      </w:pPr>
      <w:r>
        <w:t>Pupils must be taught that AI can make mistakes, produce biased or unsafe material, invent information and be manipulated by users.</w:t>
      </w:r>
    </w:p>
    <w:p w:rsidR="00BF42DB" w:rsidRDefault="008E734C" w:rsidP="008E734C">
      <w:pPr>
        <w:pStyle w:val="ListBullet"/>
        <w:jc w:val="both"/>
      </w:pPr>
      <w:r>
        <w:t>Pupils must not enter their own or another person's personal information into AI tools.</w:t>
      </w:r>
    </w:p>
    <w:p w:rsidR="00BF42DB" w:rsidRDefault="008E734C" w:rsidP="008E734C">
      <w:pPr>
        <w:pStyle w:val="ListBullet"/>
        <w:jc w:val="both"/>
      </w:pPr>
      <w:r>
        <w:t>Pupils must not</w:t>
      </w:r>
      <w:r>
        <w:t xml:space="preserve"> use AI to bully, impersonate, threaten, deceive or create harmful content about another person.</w:t>
      </w:r>
    </w:p>
    <w:p w:rsidR="00BF42DB" w:rsidRDefault="008E734C" w:rsidP="008E734C">
      <w:pPr>
        <w:pStyle w:val="ListBullet"/>
        <w:jc w:val="both"/>
      </w:pPr>
      <w:r>
        <w:t>Pupils must not create fake or manipulated images, audio or video of pupils or staff for harmful or humiliating purposes.</w:t>
      </w:r>
    </w:p>
    <w:p w:rsidR="00BF42DB" w:rsidRDefault="008E734C" w:rsidP="008E734C">
      <w:pPr>
        <w:pStyle w:val="ListBullet"/>
        <w:jc w:val="both"/>
      </w:pPr>
      <w:r>
        <w:t>Worrying, harmful or inappropriate AI</w:t>
      </w:r>
      <w:r>
        <w:t xml:space="preserve"> output must be reported to a trusted adult immediately.</w:t>
      </w:r>
    </w:p>
    <w:p w:rsidR="00BF42DB" w:rsidRDefault="008E734C" w:rsidP="008E734C">
      <w:pPr>
        <w:pStyle w:val="Heading1"/>
        <w:jc w:val="both"/>
      </w:pPr>
      <w:r>
        <w:t>8. Staff Use of AI</w:t>
      </w:r>
    </w:p>
    <w:p w:rsidR="00BF42DB" w:rsidRDefault="008E734C" w:rsidP="008E734C">
      <w:pPr>
        <w:pStyle w:val="ListBullet"/>
        <w:jc w:val="both"/>
      </w:pPr>
      <w:r>
        <w:t>Staff must use only school-approved AI tools for school work.</w:t>
      </w:r>
    </w:p>
    <w:p w:rsidR="00BF42DB" w:rsidRDefault="008E734C" w:rsidP="008E734C">
      <w:pPr>
        <w:pStyle w:val="ListBullet"/>
        <w:jc w:val="both"/>
      </w:pPr>
      <w:r>
        <w:t>Staff remain professionally accountable for accuracy, suitability and legality of AI-assisted material.</w:t>
      </w:r>
    </w:p>
    <w:p w:rsidR="00BF42DB" w:rsidRDefault="008E734C" w:rsidP="008E734C">
      <w:pPr>
        <w:pStyle w:val="ListBullet"/>
        <w:jc w:val="both"/>
      </w:pPr>
      <w:r>
        <w:t>AI-generated c</w:t>
      </w:r>
      <w:r>
        <w:t>ontent must be checked for factual accuracy, bias, age appropriateness, safeguarding risks, copyright and curriculum suitability.</w:t>
      </w:r>
    </w:p>
    <w:p w:rsidR="00BF42DB" w:rsidRDefault="008E734C" w:rsidP="008E734C">
      <w:pPr>
        <w:pStyle w:val="ListBullet"/>
        <w:jc w:val="both"/>
      </w:pPr>
      <w:r>
        <w:t>Staff must not enter identifiable pupil, parent, staff or safeguarding information into public or unapproved AI tools.</w:t>
      </w:r>
    </w:p>
    <w:p w:rsidR="00BF42DB" w:rsidRDefault="008E734C" w:rsidP="008E734C">
      <w:pPr>
        <w:pStyle w:val="ListBullet"/>
        <w:jc w:val="both"/>
      </w:pPr>
      <w:r>
        <w:t>Staff m</w:t>
      </w:r>
      <w:r>
        <w:t>ust not use AI to generate safeguarding records, allegations, referrals or professional judgements without appropriate human oversight and approved secure systems.</w:t>
      </w:r>
    </w:p>
    <w:p w:rsidR="00BF42DB" w:rsidRDefault="008E734C" w:rsidP="008E734C">
      <w:pPr>
        <w:pStyle w:val="ListBullet"/>
        <w:jc w:val="both"/>
      </w:pPr>
      <w:r>
        <w:t xml:space="preserve">Where AI assists with a document or resource, the final document remains the responsibility </w:t>
      </w:r>
      <w:r>
        <w:t>of the staff member and school.</w:t>
      </w:r>
    </w:p>
    <w:p w:rsidR="00BF42DB" w:rsidRDefault="008E734C" w:rsidP="008E734C">
      <w:pPr>
        <w:pStyle w:val="ListBullet"/>
        <w:jc w:val="both"/>
      </w:pPr>
      <w:r>
        <w:t>Staff must follow the school's mobile-phone, cyber-security, acceptable-use and data-protection requirements when accessing AI.</w:t>
      </w:r>
    </w:p>
    <w:p w:rsidR="00BF42DB" w:rsidRDefault="008E734C" w:rsidP="008E734C">
      <w:pPr>
        <w:pStyle w:val="Heading2"/>
        <w:jc w:val="both"/>
      </w:pPr>
      <w:r>
        <w:t>KCSIE 2026: specific AI and online-safety requirements</w:t>
      </w:r>
    </w:p>
    <w:p w:rsidR="00BF42DB" w:rsidRDefault="008E734C" w:rsidP="008E734C">
      <w:pPr>
        <w:pStyle w:val="ListBullet"/>
        <w:jc w:val="both"/>
      </w:pPr>
      <w:r>
        <w:t>AI is addressed within the school's whole</w:t>
      </w:r>
      <w:r>
        <w:t>-school safeguarding and online-safety approach.</w:t>
      </w:r>
    </w:p>
    <w:p w:rsidR="00BF42DB" w:rsidRDefault="008E734C" w:rsidP="008E734C">
      <w:pPr>
        <w:pStyle w:val="ListBullet"/>
        <w:jc w:val="both"/>
      </w:pPr>
      <w:r>
        <w:t xml:space="preserve">Staff safeguarding and child-protection training includes online safety, with understanding of filtering and monitoring responsibilities; training is regularly updated and online-safety updates are provided </w:t>
      </w:r>
      <w:r>
        <w:t>at least annually.</w:t>
      </w:r>
    </w:p>
    <w:p w:rsidR="00BF42DB" w:rsidRDefault="008E734C" w:rsidP="008E734C">
      <w:pPr>
        <w:pStyle w:val="ListBullet"/>
        <w:jc w:val="both"/>
      </w:pPr>
      <w:r>
        <w:t>The school considers AI-generated content, deepfakes and AI-enabled harmful interactions within the online-safety risk categories, including content, contact, conduct and commerce.</w:t>
      </w:r>
    </w:p>
    <w:p w:rsidR="00BF42DB" w:rsidRDefault="008E734C" w:rsidP="008E734C">
      <w:pPr>
        <w:pStyle w:val="ListBullet"/>
        <w:jc w:val="both"/>
      </w:pPr>
      <w:r>
        <w:t xml:space="preserve">Where the school uses generative AI, it considers the </w:t>
      </w:r>
      <w:r>
        <w:t>DfE's generative AI safety guidance, age restrictions, filtering and monitoring, data protection and intellectual property.</w:t>
      </w:r>
    </w:p>
    <w:p w:rsidR="00BF42DB" w:rsidRDefault="008E734C" w:rsidP="008E734C">
      <w:pPr>
        <w:pStyle w:val="ListBullet"/>
        <w:jc w:val="both"/>
      </w:pPr>
      <w:r>
        <w:lastRenderedPageBreak/>
        <w:t>The school maintains appropriate filtering and monitoring, reviews effectiveness at least annually, records checks and ensures relev</w:t>
      </w:r>
      <w:r>
        <w:t>ant staff understand how to manage and escalate concerns.</w:t>
      </w:r>
    </w:p>
    <w:p w:rsidR="00BF42DB" w:rsidRDefault="008E734C" w:rsidP="008E734C">
      <w:pPr>
        <w:pStyle w:val="ListBullet"/>
        <w:jc w:val="both"/>
      </w:pPr>
      <w:r>
        <w:t>The DSL's role includes safeguarding and child protection, including online safety and understanding the school's filtering and monitoring systems and processes.</w:t>
      </w:r>
    </w:p>
    <w:p w:rsidR="00BF42DB" w:rsidRDefault="008E734C" w:rsidP="008E734C">
      <w:pPr>
        <w:pStyle w:val="ListBullet"/>
        <w:jc w:val="both"/>
      </w:pPr>
      <w:r>
        <w:t>AI-related safeguarding concerns are</w:t>
      </w:r>
      <w:r>
        <w:t xml:space="preserve"> handled through the school's existing safeguarding, child-protection, behaviour, anti-bullying and Prevent procedures rather than as a purely technical issue.</w:t>
      </w:r>
    </w:p>
    <w:p w:rsidR="00BF42DB" w:rsidRDefault="008E734C" w:rsidP="008E734C">
      <w:pPr>
        <w:pStyle w:val="Heading1"/>
        <w:jc w:val="both"/>
      </w:pPr>
      <w:r>
        <w:t>9. Safeguarding and KCSIE 2026</w:t>
      </w:r>
    </w:p>
    <w:p w:rsidR="00BF42DB" w:rsidRDefault="008E734C" w:rsidP="008E734C">
      <w:pPr>
        <w:jc w:val="both"/>
      </w:pPr>
      <w:r>
        <w:t>AI is part of the school's wider online-safety and safeguarding e</w:t>
      </w:r>
      <w:r>
        <w:t>nvironment. KCSIE 2026 and DfE AI guidance require schools to consider online risks, filtering and monitoring, and the safety of children using AI.</w:t>
      </w:r>
    </w:p>
    <w:p w:rsidR="00BF42DB" w:rsidRDefault="008E734C" w:rsidP="008E734C">
      <w:pPr>
        <w:pStyle w:val="ListBullet"/>
        <w:jc w:val="both"/>
      </w:pPr>
      <w:r>
        <w:t>AI-generated harmful sexual content or exploitation material involving children will be treated as a serious</w:t>
      </w:r>
      <w:r>
        <w:t xml:space="preserve"> safeguarding concern.</w:t>
      </w:r>
    </w:p>
    <w:p w:rsidR="00BF42DB" w:rsidRDefault="008E734C" w:rsidP="008E734C">
      <w:pPr>
        <w:pStyle w:val="ListBullet"/>
        <w:jc w:val="both"/>
      </w:pPr>
      <w:r>
        <w:t>AI-enabled grooming, coercion, manipulation, impersonation or exploitation will be referred through safeguarding procedures.</w:t>
      </w:r>
    </w:p>
    <w:p w:rsidR="00BF42DB" w:rsidRDefault="008E734C" w:rsidP="008E734C">
      <w:pPr>
        <w:pStyle w:val="ListBullet"/>
        <w:jc w:val="both"/>
      </w:pPr>
      <w:r>
        <w:t>Deepfakes or synthetic media involving pupils or staff will be treated as potential safeguarding, bullying a</w:t>
      </w:r>
      <w:r>
        <w:t>nd/or data-protection incidents.</w:t>
      </w:r>
    </w:p>
    <w:p w:rsidR="00BF42DB" w:rsidRDefault="008E734C" w:rsidP="008E734C">
      <w:pPr>
        <w:pStyle w:val="ListBullet"/>
        <w:jc w:val="both"/>
      </w:pPr>
      <w:r>
        <w:t>AI-generated content that causes a child to fear, feel threatened, humiliated or unsafe will be addressed under safeguarding and behaviour procedures as appropriate.</w:t>
      </w:r>
    </w:p>
    <w:p w:rsidR="00BF42DB" w:rsidRDefault="008E734C" w:rsidP="008E734C">
      <w:pPr>
        <w:pStyle w:val="ListBullet"/>
        <w:jc w:val="both"/>
      </w:pPr>
      <w:r>
        <w:t xml:space="preserve">The DSL will consider the wider context and linked </w:t>
      </w:r>
      <w:r>
        <w:t>concerns.</w:t>
      </w:r>
    </w:p>
    <w:p w:rsidR="00BF42DB" w:rsidRDefault="008E734C" w:rsidP="008E734C">
      <w:pPr>
        <w:pStyle w:val="ListBullet"/>
        <w:jc w:val="both"/>
      </w:pPr>
      <w:r>
        <w:t>Staff must not investigate serious safeguarding content themselves or circulate harmful or illegal material unnecessarily.</w:t>
      </w:r>
    </w:p>
    <w:p w:rsidR="00BF42DB" w:rsidRDefault="008E734C" w:rsidP="008E734C">
      <w:pPr>
        <w:pStyle w:val="Heading1"/>
        <w:jc w:val="both"/>
      </w:pPr>
      <w:r>
        <w:t>10. Prevent and Counter-Extremism</w:t>
      </w:r>
    </w:p>
    <w:p w:rsidR="00BF42DB" w:rsidRDefault="008E734C" w:rsidP="008E734C">
      <w:pPr>
        <w:jc w:val="both"/>
      </w:pPr>
      <w:r>
        <w:t>AI can create convincing propaganda, extremist narratives, manipulated media, recruitment</w:t>
      </w:r>
      <w:r>
        <w:t xml:space="preserve"> material, misinformation and targeted messages. The school will include AI within its Prevent risk assessment and online-safety approach.</w:t>
      </w:r>
    </w:p>
    <w:p w:rsidR="00BF42DB" w:rsidRDefault="008E734C" w:rsidP="008E734C">
      <w:pPr>
        <w:pStyle w:val="ListBullet"/>
        <w:jc w:val="both"/>
      </w:pPr>
      <w:r>
        <w:t xml:space="preserve">Staff will be alert to AI-generated extremist or terrorist content, grooming, recruitment, manipulation and attempts </w:t>
      </w:r>
      <w:r>
        <w:t>to normalise violence.</w:t>
      </w:r>
    </w:p>
    <w:p w:rsidR="00BF42DB" w:rsidRDefault="008E734C" w:rsidP="008E734C">
      <w:pPr>
        <w:pStyle w:val="ListBullet"/>
        <w:jc w:val="both"/>
      </w:pPr>
      <w:r>
        <w:t>Pupils will receive age-appropriate critical-thinking and media-literacy education to question sources, identify manipulation and seek trusted adult help.</w:t>
      </w:r>
    </w:p>
    <w:p w:rsidR="00BF42DB" w:rsidRDefault="008E734C" w:rsidP="008E734C">
      <w:pPr>
        <w:pStyle w:val="ListBullet"/>
        <w:jc w:val="both"/>
      </w:pPr>
      <w:r>
        <w:t>Concerns about susceptibility to radicalisation or terrorist influence will be</w:t>
      </w:r>
      <w:r>
        <w:t xml:space="preserve"> reported to the DSL/Headteacher under the Prevent / Counter-Extremism Policy.</w:t>
      </w:r>
    </w:p>
    <w:p w:rsidR="00BF42DB" w:rsidRDefault="008E734C" w:rsidP="008E734C">
      <w:pPr>
        <w:pStyle w:val="ListBullet"/>
        <w:jc w:val="both"/>
      </w:pPr>
      <w:r>
        <w:t>Staff should use the Prevent 'Notice, Check, Share' approach where appropriate and should not investigate or confront a child about suspected radicalisation.</w:t>
      </w:r>
    </w:p>
    <w:p w:rsidR="00BF42DB" w:rsidRDefault="008E734C" w:rsidP="008E734C">
      <w:pPr>
        <w:pStyle w:val="ListBullet"/>
        <w:jc w:val="both"/>
      </w:pPr>
      <w:r>
        <w:t>AI must not be used</w:t>
      </w:r>
      <w:r>
        <w:t xml:space="preserve"> to generate, amplify or distribute extremist or terrorist content.</w:t>
      </w:r>
    </w:p>
    <w:p w:rsidR="00BF42DB" w:rsidRDefault="008E734C" w:rsidP="008E734C">
      <w:pPr>
        <w:pStyle w:val="Heading1"/>
        <w:jc w:val="both"/>
      </w:pPr>
      <w:r>
        <w:t>11. AI, Bullying and Behaviour</w:t>
      </w:r>
    </w:p>
    <w:p w:rsidR="00BF42DB" w:rsidRDefault="008E734C" w:rsidP="008E734C">
      <w:pPr>
        <w:jc w:val="both"/>
      </w:pPr>
      <w:r>
        <w:t xml:space="preserve">AI-related misuse is a behaviour matter and may also be a safeguarding matter. The school will apply the Behaviour Policy and Anti-Bullying Policy alongside </w:t>
      </w:r>
      <w:r>
        <w:t>safeguarding procedures.</w:t>
      </w:r>
    </w:p>
    <w:p w:rsidR="00BF42DB" w:rsidRDefault="008E734C" w:rsidP="008E734C">
      <w:pPr>
        <w:jc w:val="both"/>
      </w:pPr>
      <w:r>
        <w:t>Examples include:</w:t>
      </w:r>
    </w:p>
    <w:p w:rsidR="00BF42DB" w:rsidRDefault="008E734C" w:rsidP="008E734C">
      <w:pPr>
        <w:pStyle w:val="ListBullet"/>
        <w:jc w:val="both"/>
      </w:pPr>
      <w:r>
        <w:t>Using AI to impersonate a pupil or member of staff.</w:t>
      </w:r>
    </w:p>
    <w:p w:rsidR="00BF42DB" w:rsidRDefault="008E734C" w:rsidP="008E734C">
      <w:pPr>
        <w:pStyle w:val="ListBullet"/>
        <w:jc w:val="both"/>
      </w:pPr>
      <w:r>
        <w:lastRenderedPageBreak/>
        <w:t>Creating humiliating, threatening or discriminatory images, messages, audio or videos.</w:t>
      </w:r>
    </w:p>
    <w:p w:rsidR="00BF42DB" w:rsidRDefault="008E734C" w:rsidP="008E734C">
      <w:pPr>
        <w:pStyle w:val="ListBullet"/>
        <w:jc w:val="both"/>
      </w:pPr>
      <w:r>
        <w:t>Creating or sharing deepfakes of pupils or staff.</w:t>
      </w:r>
    </w:p>
    <w:p w:rsidR="00BF42DB" w:rsidRDefault="008E734C" w:rsidP="008E734C">
      <w:pPr>
        <w:pStyle w:val="ListBullet"/>
        <w:jc w:val="both"/>
      </w:pPr>
      <w:r>
        <w:t>Using AI to spread rumou</w:t>
      </w:r>
      <w:r>
        <w:t>rs, misinformation or harmful allegations.</w:t>
      </w:r>
    </w:p>
    <w:p w:rsidR="00BF42DB" w:rsidRDefault="008E734C" w:rsidP="008E734C">
      <w:pPr>
        <w:pStyle w:val="ListBullet"/>
        <w:jc w:val="both"/>
      </w:pPr>
      <w:r>
        <w:t>Using AI to facilitate cyberbullying, harassment, exclusion or intimidation.</w:t>
      </w:r>
    </w:p>
    <w:p w:rsidR="00BF42DB" w:rsidRDefault="008E734C" w:rsidP="008E734C">
      <w:pPr>
        <w:pStyle w:val="ListBullet"/>
        <w:jc w:val="both"/>
      </w:pPr>
      <w:r>
        <w:t>Using AI to evade school rules, deceive staff or undermine learning.</w:t>
      </w:r>
    </w:p>
    <w:p w:rsidR="00BF42DB" w:rsidRDefault="008E734C" w:rsidP="008E734C">
      <w:pPr>
        <w:jc w:val="both"/>
      </w:pPr>
      <w:r>
        <w:t>Sanctions will be proportionate and consistent with the Behaviour P</w:t>
      </w:r>
      <w:r>
        <w:t>olicy. The school will consider age, SEND, intent, impact, vulnerability, coercion/exploitation and whether a safeguarding referral is required.</w:t>
      </w:r>
    </w:p>
    <w:p w:rsidR="00BF42DB" w:rsidRDefault="008E734C" w:rsidP="008E734C">
      <w:pPr>
        <w:pStyle w:val="Heading1"/>
        <w:jc w:val="both"/>
      </w:pPr>
      <w:r>
        <w:t>12. GDPR, Data Protection and Privacy</w:t>
      </w:r>
    </w:p>
    <w:p w:rsidR="00BF42DB" w:rsidRDefault="008E734C" w:rsidP="008E734C">
      <w:pPr>
        <w:jc w:val="both"/>
      </w:pPr>
      <w:r>
        <w:t>AI use must comply with UK GDPR, the Data Protection Act 2018 and current</w:t>
      </w:r>
      <w:r>
        <w:t xml:space="preserve"> DfE data-protection guidance, including changes arising from the Data (Use and Access) Act 2025.</w:t>
      </w:r>
    </w:p>
    <w:p w:rsidR="00BF42DB" w:rsidRDefault="008E734C" w:rsidP="008E734C">
      <w:pPr>
        <w:pStyle w:val="ListBullet"/>
        <w:jc w:val="both"/>
      </w:pPr>
      <w:r>
        <w:t>Personal data should not be entered into public generative AI tools unless the processing has been specifically assessed, approved and is lawful.</w:t>
      </w:r>
    </w:p>
    <w:p w:rsidR="00BF42DB" w:rsidRDefault="008E734C" w:rsidP="008E734C">
      <w:pPr>
        <w:pStyle w:val="ListBullet"/>
        <w:jc w:val="both"/>
      </w:pPr>
      <w:r>
        <w:t>Special cate</w:t>
      </w:r>
      <w:r>
        <w:t>gory data and safeguarding information must not be entered into public AI tools.</w:t>
      </w:r>
    </w:p>
    <w:p w:rsidR="00BF42DB" w:rsidRDefault="008E734C" w:rsidP="008E734C">
      <w:pPr>
        <w:pStyle w:val="ListBullet"/>
        <w:jc w:val="both"/>
      </w:pPr>
      <w:r>
        <w:t>The school will apply data protection by design and default when introducing AI systems.</w:t>
      </w:r>
    </w:p>
    <w:p w:rsidR="00BF42DB" w:rsidRDefault="008E734C" w:rsidP="008E734C">
      <w:pPr>
        <w:pStyle w:val="ListBullet"/>
        <w:jc w:val="both"/>
      </w:pPr>
      <w:r>
        <w:t>A DPIA will be completed where required, particularly for high-risk processing, profil</w:t>
      </w:r>
      <w:r>
        <w:t>ing, monitoring or new AI systems.</w:t>
      </w:r>
    </w:p>
    <w:p w:rsidR="00BF42DB" w:rsidRDefault="008E734C" w:rsidP="008E734C">
      <w:pPr>
        <w:pStyle w:val="ListBullet"/>
        <w:jc w:val="both"/>
      </w:pPr>
      <w:r>
        <w:t>The school will be transparent about significant AI processing through appropriate privacy information.</w:t>
      </w:r>
    </w:p>
    <w:p w:rsidR="00BF42DB" w:rsidRDefault="008E734C" w:rsidP="008E734C">
      <w:pPr>
        <w:pStyle w:val="ListBullet"/>
        <w:jc w:val="both"/>
      </w:pPr>
      <w:r>
        <w:t>AI suppliers will be subject to appropriate due diligence, contractual safeguards and data-processing arrangements wh</w:t>
      </w:r>
      <w:r>
        <w:t>ere required.</w:t>
      </w:r>
    </w:p>
    <w:p w:rsidR="00BF42DB" w:rsidRDefault="008E734C" w:rsidP="008E734C">
      <w:pPr>
        <w:pStyle w:val="ListBullet"/>
        <w:jc w:val="both"/>
      </w:pPr>
      <w:r>
        <w:t>Retention, deletion, access rights and security measures will be considered before implementation.</w:t>
      </w:r>
    </w:p>
    <w:p w:rsidR="00BF42DB" w:rsidRDefault="008E734C" w:rsidP="008E734C">
      <w:pPr>
        <w:pStyle w:val="ListBullet"/>
        <w:jc w:val="both"/>
      </w:pPr>
      <w:r>
        <w:t>Suspected personal-data breaches involving AI must be reported immediately under the school's data-breach procedure.</w:t>
      </w:r>
    </w:p>
    <w:p w:rsidR="00BF42DB" w:rsidRDefault="008E734C" w:rsidP="008E734C">
      <w:pPr>
        <w:pStyle w:val="ListBullet"/>
        <w:jc w:val="both"/>
      </w:pPr>
      <w:r>
        <w:t xml:space="preserve">Automated decision-making </w:t>
      </w:r>
      <w:r>
        <w:t>or profiling involving children will not be introduced without careful legal, safeguarding and data-protection assessment and appropriate human oversight.</w:t>
      </w:r>
    </w:p>
    <w:p w:rsidR="00BF42DB" w:rsidRDefault="008E734C" w:rsidP="008E734C">
      <w:pPr>
        <w:pStyle w:val="Heading1"/>
        <w:jc w:val="both"/>
      </w:pPr>
      <w:r>
        <w:t>13. Cyber Security</w:t>
      </w:r>
    </w:p>
    <w:p w:rsidR="00BF42DB" w:rsidRDefault="008E734C" w:rsidP="008E734C">
      <w:pPr>
        <w:pStyle w:val="ListBullet"/>
        <w:jc w:val="both"/>
      </w:pPr>
      <w:r>
        <w:t>AI systems must be procured, configured and used in accordance with the school's C</w:t>
      </w:r>
      <w:r>
        <w:t>yber Security / Online Safety Policy.</w:t>
      </w:r>
    </w:p>
    <w:p w:rsidR="00BF42DB" w:rsidRDefault="008E734C" w:rsidP="008E734C">
      <w:pPr>
        <w:pStyle w:val="ListBullet"/>
        <w:jc w:val="both"/>
      </w:pPr>
      <w:r>
        <w:t>Staff must use strong passwords and multi-factor authentication where provided and appropriate.</w:t>
      </w:r>
    </w:p>
    <w:p w:rsidR="00BF42DB" w:rsidRDefault="008E734C" w:rsidP="008E734C">
      <w:pPr>
        <w:pStyle w:val="ListBullet"/>
        <w:jc w:val="both"/>
      </w:pPr>
      <w:r>
        <w:t>AI tools must not be used to upload confidential credentials, passwords, security keys or sensitive system information.</w:t>
      </w:r>
    </w:p>
    <w:p w:rsidR="00BF42DB" w:rsidRDefault="008E734C" w:rsidP="008E734C">
      <w:pPr>
        <w:pStyle w:val="ListBullet"/>
        <w:jc w:val="both"/>
      </w:pPr>
      <w:r>
        <w:t>St</w:t>
      </w:r>
      <w:r>
        <w:t>aff should be alert to AI-enabled phishing, convincing scam messages, impersonation and social-engineering attacks.</w:t>
      </w:r>
    </w:p>
    <w:p w:rsidR="00BF42DB" w:rsidRDefault="008E734C" w:rsidP="008E734C">
      <w:pPr>
        <w:pStyle w:val="ListBullet"/>
        <w:jc w:val="both"/>
      </w:pPr>
      <w:r>
        <w:t>Suspected AI-assisted cyber incidents must be reported to the appropriate IT lead/provider and, where relevant, the DSL and DPO.</w:t>
      </w:r>
    </w:p>
    <w:p w:rsidR="00BF42DB" w:rsidRDefault="008E734C" w:rsidP="008E734C">
      <w:pPr>
        <w:pStyle w:val="ListBullet"/>
        <w:jc w:val="both"/>
      </w:pPr>
      <w:r>
        <w:t>AI tools mu</w:t>
      </w:r>
      <w:r>
        <w:t>st not be used to bypass filtering, monitoring or security controls.</w:t>
      </w:r>
    </w:p>
    <w:p w:rsidR="00BF42DB" w:rsidRDefault="008E734C" w:rsidP="008E734C">
      <w:pPr>
        <w:pStyle w:val="Heading1"/>
        <w:jc w:val="both"/>
      </w:pPr>
      <w:r>
        <w:t>14. Health and Safety</w:t>
      </w:r>
    </w:p>
    <w:p w:rsidR="00BF42DB" w:rsidRDefault="008E734C" w:rsidP="008E734C">
      <w:pPr>
        <w:jc w:val="both"/>
      </w:pPr>
      <w:r>
        <w:t>The school will manage AI-related health and safety risks through existing risk-assessment and health-and-safety arrangements. AI use must not create unacceptable ph</w:t>
      </w:r>
      <w:r>
        <w:t>ysical, psychological or environmental risks.</w:t>
      </w:r>
    </w:p>
    <w:p w:rsidR="00BF42DB" w:rsidRDefault="008E734C" w:rsidP="008E734C">
      <w:pPr>
        <w:pStyle w:val="ListBullet"/>
        <w:jc w:val="both"/>
      </w:pPr>
      <w:r>
        <w:lastRenderedPageBreak/>
        <w:t>Risk assessments will consider age, developmental stage, supervision, screen time, content exposure, emotional wellbeing and accessibility.</w:t>
      </w:r>
    </w:p>
    <w:p w:rsidR="00BF42DB" w:rsidRDefault="008E734C" w:rsidP="008E734C">
      <w:pPr>
        <w:pStyle w:val="ListBullet"/>
        <w:jc w:val="both"/>
      </w:pPr>
      <w:r>
        <w:t>Staff will consider whether AI-generated content could cause distress,</w:t>
      </w:r>
      <w:r>
        <w:t xml:space="preserve"> anxiety, fear or other harm.</w:t>
      </w:r>
    </w:p>
    <w:p w:rsidR="00BF42DB" w:rsidRDefault="008E734C" w:rsidP="008E734C">
      <w:pPr>
        <w:pStyle w:val="ListBullet"/>
        <w:jc w:val="both"/>
      </w:pPr>
      <w:r>
        <w:t>When AI is used with devices, staff will follow safe workstation, electrical, charging and equipment arrangements.</w:t>
      </w:r>
    </w:p>
    <w:p w:rsidR="00BF42DB" w:rsidRDefault="008E734C" w:rsidP="008E734C">
      <w:pPr>
        <w:pStyle w:val="ListBullet"/>
        <w:jc w:val="both"/>
      </w:pPr>
      <w:r>
        <w:t>AI-generated instructions must not be relied upon for activities involving physical safety, hazardous equipment</w:t>
      </w:r>
      <w:r>
        <w:t>, chemicals, medical treatment or emergency procedures without professional verification.</w:t>
      </w:r>
    </w:p>
    <w:p w:rsidR="00BF42DB" w:rsidRDefault="008E734C" w:rsidP="008E734C">
      <w:pPr>
        <w:pStyle w:val="ListBullet"/>
        <w:jc w:val="both"/>
      </w:pPr>
      <w:r>
        <w:t>Where AI supports accessibility or SEND provision, the school will assess whether the tool is reliable and appropriate.</w:t>
      </w:r>
    </w:p>
    <w:p w:rsidR="00BF42DB" w:rsidRDefault="008E734C" w:rsidP="008E734C">
      <w:pPr>
        <w:pStyle w:val="ListBullet"/>
        <w:jc w:val="both"/>
      </w:pPr>
      <w:r>
        <w:t>Health, wellbeing or safety concerns arising f</w:t>
      </w:r>
      <w:r>
        <w:t>rom AI will be reported through normal school procedures.</w:t>
      </w:r>
    </w:p>
    <w:p w:rsidR="00BF42DB" w:rsidRDefault="008E734C" w:rsidP="008E734C">
      <w:pPr>
        <w:pStyle w:val="Heading1"/>
        <w:jc w:val="both"/>
      </w:pPr>
      <w:r>
        <w:t>15. Bias, Equality, Inclusion and Accuracy</w:t>
      </w:r>
    </w:p>
    <w:p w:rsidR="00BF42DB" w:rsidRDefault="008E734C" w:rsidP="008E734C">
      <w:pPr>
        <w:pStyle w:val="ListBullet"/>
        <w:jc w:val="both"/>
      </w:pPr>
      <w:r>
        <w:t>AI output can reproduce or amplify bias and stereotypes; staff must check outputs for discriminatory assumptions.</w:t>
      </w:r>
    </w:p>
    <w:p w:rsidR="00BF42DB" w:rsidRDefault="008E734C" w:rsidP="008E734C">
      <w:pPr>
        <w:pStyle w:val="ListBullet"/>
        <w:jc w:val="both"/>
      </w:pPr>
      <w:r>
        <w:t>AI must not be relied upon to make decisi</w:t>
      </w:r>
      <w:r>
        <w:t>ons about pupils based solely on automated outputs.</w:t>
      </w:r>
    </w:p>
    <w:p w:rsidR="00BF42DB" w:rsidRDefault="008E734C" w:rsidP="008E734C">
      <w:pPr>
        <w:pStyle w:val="ListBullet"/>
        <w:jc w:val="both"/>
      </w:pPr>
      <w:r>
        <w:t>Staff must consider the impact of AI use on pupils with SEND, protected characteristics or additional vulnerabilities.</w:t>
      </w:r>
    </w:p>
    <w:p w:rsidR="00BF42DB" w:rsidRDefault="008E734C" w:rsidP="008E734C">
      <w:pPr>
        <w:pStyle w:val="ListBullet"/>
        <w:jc w:val="both"/>
      </w:pPr>
      <w:r>
        <w:t>AI-generated information must be checked against reliable sources before being presen</w:t>
      </w:r>
      <w:r>
        <w:t>ted as fact.</w:t>
      </w:r>
    </w:p>
    <w:p w:rsidR="00BF42DB" w:rsidRDefault="008E734C" w:rsidP="008E734C">
      <w:pPr>
        <w:pStyle w:val="ListBullet"/>
        <w:jc w:val="both"/>
      </w:pPr>
      <w:r>
        <w:t>The school will consider whether AI use disadvantages pupils with limited technology access or additional support needs.</w:t>
      </w:r>
    </w:p>
    <w:p w:rsidR="00BF42DB" w:rsidRDefault="008E734C" w:rsidP="008E734C">
      <w:pPr>
        <w:pStyle w:val="Heading1"/>
        <w:jc w:val="both"/>
      </w:pPr>
      <w:r>
        <w:t>16. Copyright and Intellectual Property</w:t>
      </w:r>
    </w:p>
    <w:p w:rsidR="00BF42DB" w:rsidRDefault="008E734C" w:rsidP="008E734C">
      <w:pPr>
        <w:pStyle w:val="ListBullet"/>
        <w:jc w:val="both"/>
      </w:pPr>
      <w:r>
        <w:t>Staff and pupils must respect copyright and intellectual property rights when usin</w:t>
      </w:r>
      <w:r>
        <w:t>g AI.</w:t>
      </w:r>
    </w:p>
    <w:p w:rsidR="00BF42DB" w:rsidRDefault="008E734C" w:rsidP="008E734C">
      <w:pPr>
        <w:pStyle w:val="ListBullet"/>
        <w:jc w:val="both"/>
      </w:pPr>
      <w:r>
        <w:t>AI-generated content may reproduce material that is not free to use.</w:t>
      </w:r>
    </w:p>
    <w:p w:rsidR="00BF42DB" w:rsidRDefault="008E734C" w:rsidP="008E734C">
      <w:pPr>
        <w:pStyle w:val="ListBullet"/>
        <w:jc w:val="both"/>
      </w:pPr>
      <w:r>
        <w:t>Pupil and staff original work must not knowingly be submitted to AI systems for model training where permission is required.</w:t>
      </w:r>
    </w:p>
    <w:p w:rsidR="00BF42DB" w:rsidRDefault="008E734C" w:rsidP="008E734C">
      <w:pPr>
        <w:pStyle w:val="ListBullet"/>
        <w:jc w:val="both"/>
      </w:pPr>
      <w:r>
        <w:t>Staff must not assume AI-generated text, images, audio o</w:t>
      </w:r>
      <w:r>
        <w:t>r video are automatically free of copyright or other rights.</w:t>
      </w:r>
    </w:p>
    <w:p w:rsidR="00BF42DB" w:rsidRDefault="008E734C" w:rsidP="008E734C">
      <w:pPr>
        <w:pStyle w:val="ListBullet"/>
        <w:jc w:val="both"/>
      </w:pPr>
      <w:r>
        <w:t>Where AI materially contributes to published or assessed work, relevant school or assessment rules must be followed.</w:t>
      </w:r>
    </w:p>
    <w:p w:rsidR="00BF42DB" w:rsidRDefault="008E734C" w:rsidP="008E734C">
      <w:pPr>
        <w:pStyle w:val="Heading1"/>
        <w:jc w:val="both"/>
      </w:pPr>
      <w:r>
        <w:t>17. Assessment, Homework and Academic Integrity</w:t>
      </w:r>
    </w:p>
    <w:p w:rsidR="00BF42DB" w:rsidRDefault="008E734C" w:rsidP="008E734C">
      <w:pPr>
        <w:jc w:val="both"/>
      </w:pPr>
      <w:r>
        <w:t xml:space="preserve">Teachers will decide when AI </w:t>
      </w:r>
      <w:r>
        <w:t>use is educationally appropriate. Where pupils are expected to demonstrate their own knowledge or skills, AI must not be used dishonestly.</w:t>
      </w:r>
    </w:p>
    <w:p w:rsidR="00BF42DB" w:rsidRDefault="008E734C" w:rsidP="008E734C">
      <w:pPr>
        <w:pStyle w:val="ListBullet"/>
        <w:jc w:val="both"/>
      </w:pPr>
      <w:r>
        <w:t>Teachers will give clear instructions where AI is permitted, restricted or prohibited.</w:t>
      </w:r>
    </w:p>
    <w:p w:rsidR="00BF42DB" w:rsidRDefault="008E734C" w:rsidP="008E734C">
      <w:pPr>
        <w:pStyle w:val="ListBullet"/>
        <w:jc w:val="both"/>
      </w:pPr>
      <w:r>
        <w:t>Pupils may be asked to explain</w:t>
      </w:r>
      <w:r>
        <w:t>, discuss or demonstrate their work to establish understanding.</w:t>
      </w:r>
    </w:p>
    <w:p w:rsidR="00BF42DB" w:rsidRDefault="008E734C" w:rsidP="008E734C">
      <w:pPr>
        <w:pStyle w:val="ListBullet"/>
        <w:jc w:val="both"/>
      </w:pPr>
      <w:r>
        <w:t>AI-generated work must not be presented as a pupil's independent work where this would be dishonest or contrary to teacher instructions.</w:t>
      </w:r>
    </w:p>
    <w:p w:rsidR="00BF42DB" w:rsidRDefault="008E734C" w:rsidP="008E734C">
      <w:pPr>
        <w:pStyle w:val="ListBullet"/>
        <w:jc w:val="both"/>
      </w:pPr>
      <w:r>
        <w:t>Where AI is used as part of learning, teachers will foc</w:t>
      </w:r>
      <w:r>
        <w:t>us on critical evaluation and improvement rather than simply accepting output.</w:t>
      </w:r>
    </w:p>
    <w:p w:rsidR="00BF42DB" w:rsidRDefault="008E734C" w:rsidP="008E734C">
      <w:pPr>
        <w:pStyle w:val="Heading1"/>
        <w:jc w:val="both"/>
      </w:pPr>
      <w:r>
        <w:lastRenderedPageBreak/>
        <w:t>18. Procurement and Approval of AI Tools</w:t>
      </w:r>
    </w:p>
    <w:p w:rsidR="00BF42DB" w:rsidRDefault="008E734C" w:rsidP="008E734C">
      <w:pPr>
        <w:pStyle w:val="ListBullet"/>
        <w:jc w:val="both"/>
      </w:pPr>
      <w:r>
        <w:t>The school will assess educational purpose, age suitability, safeguarding features, filtering/monitoring compatibility, data protection,</w:t>
      </w:r>
      <w:r>
        <w:t xml:space="preserve"> cyber security, accessibility, cost and contractual arrangements before approving an AI tool.</w:t>
      </w:r>
    </w:p>
    <w:p w:rsidR="00BF42DB" w:rsidRDefault="008E734C" w:rsidP="008E734C">
      <w:pPr>
        <w:pStyle w:val="ListBullet"/>
        <w:jc w:val="both"/>
      </w:pPr>
      <w:r>
        <w:t>The school will consider DfE generative AI product safety standards when evaluating education-focused AI products.</w:t>
      </w:r>
    </w:p>
    <w:p w:rsidR="00BF42DB" w:rsidRDefault="008E734C" w:rsidP="008E734C">
      <w:pPr>
        <w:pStyle w:val="ListBullet"/>
        <w:jc w:val="both"/>
      </w:pPr>
      <w:r>
        <w:t xml:space="preserve">The school will consider whether the supplier </w:t>
      </w:r>
      <w:r>
        <w:t>uses inputs for training and what controls exist over data.</w:t>
      </w:r>
    </w:p>
    <w:p w:rsidR="00BF42DB" w:rsidRDefault="008E734C" w:rsidP="008E734C">
      <w:pPr>
        <w:pStyle w:val="ListBullet"/>
        <w:jc w:val="both"/>
      </w:pPr>
      <w:r>
        <w:t>The school will keep an approved AI register identifying tool, purpose, users, age range, data processed, risk assessment and review date.</w:t>
      </w:r>
    </w:p>
    <w:p w:rsidR="00BF42DB" w:rsidRDefault="008E734C" w:rsidP="008E734C">
      <w:pPr>
        <w:pStyle w:val="ListBullet"/>
        <w:jc w:val="both"/>
      </w:pPr>
      <w:r>
        <w:t>High-risk or novel AI uses require senior leadership appr</w:t>
      </w:r>
      <w:r>
        <w:t>oval and, where appropriate, DPO advice and a DPIA before implementation.</w:t>
      </w:r>
    </w:p>
    <w:p w:rsidR="00BF42DB" w:rsidRDefault="008E734C" w:rsidP="008E734C">
      <w:pPr>
        <w:pStyle w:val="Heading1"/>
        <w:jc w:val="both"/>
      </w:pPr>
      <w:r>
        <w:t>19. Filtering, Monitoring and Online Safety</w:t>
      </w:r>
    </w:p>
    <w:p w:rsidR="00BF42DB" w:rsidRDefault="008E734C" w:rsidP="008E734C">
      <w:pPr>
        <w:pStyle w:val="ListBullet"/>
        <w:jc w:val="both"/>
      </w:pPr>
      <w:r>
        <w:t>Where pupils use AI, the school will consider whether filtering and monitoring systems appropriately cover the AI service and associated r</w:t>
      </w:r>
      <w:r>
        <w:t>isks.</w:t>
      </w:r>
    </w:p>
    <w:p w:rsidR="00BF42DB" w:rsidRDefault="008E734C" w:rsidP="008E734C">
      <w:pPr>
        <w:pStyle w:val="ListBullet"/>
        <w:jc w:val="both"/>
      </w:pPr>
      <w:r>
        <w:t>Monitoring information will be handled as sensitive safeguarding information and accessed only by authorised staff.</w:t>
      </w:r>
    </w:p>
    <w:p w:rsidR="00BF42DB" w:rsidRDefault="008E734C" w:rsidP="008E734C">
      <w:pPr>
        <w:pStyle w:val="ListBullet"/>
        <w:jc w:val="both"/>
      </w:pPr>
      <w:r>
        <w:t>The school will review whether AI services create new routes around filtering or monitoring controls.</w:t>
      </w:r>
    </w:p>
    <w:p w:rsidR="00BF42DB" w:rsidRDefault="008E734C" w:rsidP="008E734C">
      <w:pPr>
        <w:pStyle w:val="ListBullet"/>
        <w:jc w:val="both"/>
      </w:pPr>
      <w:r>
        <w:t>Concerns identified through filt</w:t>
      </w:r>
      <w:r>
        <w:t>ering or monitoring will be escalated through safeguarding procedures.</w:t>
      </w:r>
    </w:p>
    <w:p w:rsidR="00BF42DB" w:rsidRDefault="008E734C" w:rsidP="008E734C">
      <w:pPr>
        <w:pStyle w:val="Heading1"/>
        <w:jc w:val="both"/>
      </w:pPr>
      <w:r>
        <w:t>20. Incident Reporting and Response</w:t>
      </w:r>
    </w:p>
    <w:p w:rsidR="00BF42DB" w:rsidRDefault="008E734C" w:rsidP="008E734C">
      <w:pPr>
        <w:jc w:val="both"/>
      </w:pPr>
      <w:r>
        <w:t>Any AI-related incident should be reported promptly. This includes:</w:t>
      </w:r>
    </w:p>
    <w:p w:rsidR="00BF42DB" w:rsidRDefault="008E734C" w:rsidP="008E734C">
      <w:pPr>
        <w:pStyle w:val="ListBullet"/>
        <w:jc w:val="both"/>
      </w:pPr>
      <w:r>
        <w:t>Unsafe or harmful AI output.</w:t>
      </w:r>
    </w:p>
    <w:p w:rsidR="00BF42DB" w:rsidRDefault="008E734C" w:rsidP="008E734C">
      <w:pPr>
        <w:pStyle w:val="ListBullet"/>
        <w:jc w:val="both"/>
      </w:pPr>
      <w:r>
        <w:t>AI-enabled bullying, harassment or impersonation.</w:t>
      </w:r>
    </w:p>
    <w:p w:rsidR="00BF42DB" w:rsidRDefault="008E734C" w:rsidP="008E734C">
      <w:pPr>
        <w:pStyle w:val="ListBullet"/>
        <w:jc w:val="both"/>
      </w:pPr>
      <w:r>
        <w:t>De</w:t>
      </w:r>
      <w:r>
        <w:t>epfake or non-consensual synthetic media.</w:t>
      </w:r>
    </w:p>
    <w:p w:rsidR="00BF42DB" w:rsidRDefault="008E734C" w:rsidP="008E734C">
      <w:pPr>
        <w:pStyle w:val="ListBullet"/>
        <w:jc w:val="both"/>
      </w:pPr>
      <w:r>
        <w:t>Exposure of personal or safeguarding information.</w:t>
      </w:r>
    </w:p>
    <w:p w:rsidR="00BF42DB" w:rsidRDefault="008E734C" w:rsidP="008E734C">
      <w:pPr>
        <w:pStyle w:val="ListBullet"/>
        <w:jc w:val="both"/>
      </w:pPr>
      <w:r>
        <w:t>Extremist or terrorist content or suspected online radicalisation.</w:t>
      </w:r>
    </w:p>
    <w:p w:rsidR="00BF42DB" w:rsidRDefault="008E734C" w:rsidP="008E734C">
      <w:pPr>
        <w:pStyle w:val="ListBullet"/>
        <w:jc w:val="both"/>
      </w:pPr>
      <w:r>
        <w:t>Cyber attack, phishing, malicious code or compromised account involving AI.</w:t>
      </w:r>
    </w:p>
    <w:p w:rsidR="00BF42DB" w:rsidRDefault="008E734C" w:rsidP="008E734C">
      <w:pPr>
        <w:pStyle w:val="ListBullet"/>
        <w:jc w:val="both"/>
      </w:pPr>
      <w:r>
        <w:t>AI-generated misinfor</w:t>
      </w:r>
      <w:r>
        <w:t>mation creating a safeguarding, reputational or operational risk.</w:t>
      </w:r>
    </w:p>
    <w:p w:rsidR="00BF42DB" w:rsidRDefault="008E734C" w:rsidP="008E734C">
      <w:pPr>
        <w:jc w:val="both"/>
      </w:pPr>
      <w:r>
        <w:t>Staff should preserve relevant information where appropriate but must not circulate harmful or illegal material unnecessarily. The DSL, DPO, Headteacher and/or IT provider will be involved a</w:t>
      </w:r>
      <w:r>
        <w:t>ccording to the nature of the incident.</w:t>
      </w:r>
    </w:p>
    <w:p w:rsidR="00BF42DB" w:rsidRDefault="008E734C" w:rsidP="008E734C">
      <w:pPr>
        <w:pStyle w:val="Heading1"/>
        <w:jc w:val="both"/>
      </w:pPr>
      <w:r>
        <w:t>21. Roles and Responsibilities</w:t>
      </w:r>
    </w:p>
    <w:p w:rsidR="00BF42DB" w:rsidRDefault="008E734C" w:rsidP="008E734C">
      <w:pPr>
        <w:jc w:val="both"/>
      </w:pPr>
      <w:r>
        <w:rPr>
          <w:b/>
        </w:rPr>
        <w:t>Governing Body</w:t>
      </w:r>
    </w:p>
    <w:p w:rsidR="00BF42DB" w:rsidRDefault="008E734C" w:rsidP="008E734C">
      <w:pPr>
        <w:pStyle w:val="ListBullet"/>
        <w:jc w:val="both"/>
      </w:pPr>
      <w:r>
        <w:t>Approve and review this policy.</w:t>
      </w:r>
    </w:p>
    <w:p w:rsidR="00BF42DB" w:rsidRDefault="008E734C" w:rsidP="008E734C">
      <w:pPr>
        <w:pStyle w:val="ListBullet"/>
        <w:jc w:val="both"/>
      </w:pPr>
      <w:r>
        <w:t>Provide challenge and oversight of AI-related safeguarding, data-protection and health-and-safety risks.</w:t>
      </w:r>
    </w:p>
    <w:p w:rsidR="00BF42DB" w:rsidRDefault="008E734C" w:rsidP="008E734C">
      <w:pPr>
        <w:pStyle w:val="ListBullet"/>
        <w:jc w:val="both"/>
      </w:pPr>
      <w:r>
        <w:t xml:space="preserve">Ensure appropriate training and </w:t>
      </w:r>
      <w:r>
        <w:t>assurance arrangements are in place.</w:t>
      </w:r>
    </w:p>
    <w:p w:rsidR="00BF42DB" w:rsidRDefault="008E734C" w:rsidP="008E734C">
      <w:pPr>
        <w:jc w:val="both"/>
      </w:pPr>
      <w:r>
        <w:rPr>
          <w:b/>
        </w:rPr>
        <w:t>Headteacher / Senior Leadership Team</w:t>
      </w:r>
    </w:p>
    <w:p w:rsidR="00BF42DB" w:rsidRDefault="008E734C" w:rsidP="008E734C">
      <w:pPr>
        <w:pStyle w:val="ListBullet"/>
        <w:jc w:val="both"/>
      </w:pPr>
      <w:r>
        <w:t>Provide strategic leadership for safe AI adoption.</w:t>
      </w:r>
    </w:p>
    <w:p w:rsidR="00BF42DB" w:rsidRDefault="008E734C" w:rsidP="008E734C">
      <w:pPr>
        <w:pStyle w:val="ListBullet"/>
        <w:jc w:val="both"/>
      </w:pPr>
      <w:r>
        <w:lastRenderedPageBreak/>
        <w:t>Approve significant or higher-risk AI uses.</w:t>
      </w:r>
    </w:p>
    <w:p w:rsidR="00BF42DB" w:rsidRDefault="008E734C" w:rsidP="008E734C">
      <w:pPr>
        <w:pStyle w:val="ListBullet"/>
        <w:jc w:val="both"/>
      </w:pPr>
      <w:r>
        <w:t>Ensure risk assessments, training and incident arrangements are effective.</w:t>
      </w:r>
    </w:p>
    <w:p w:rsidR="00BF42DB" w:rsidRDefault="008E734C" w:rsidP="008E734C">
      <w:pPr>
        <w:jc w:val="both"/>
      </w:pPr>
      <w:r>
        <w:rPr>
          <w:b/>
        </w:rPr>
        <w:t>DSL / Deputy</w:t>
      </w:r>
      <w:r>
        <w:rPr>
          <w:b/>
        </w:rPr>
        <w:t xml:space="preserve"> DSL</w:t>
      </w:r>
    </w:p>
    <w:p w:rsidR="00BF42DB" w:rsidRDefault="008E734C" w:rsidP="008E734C">
      <w:pPr>
        <w:pStyle w:val="ListBullet"/>
        <w:jc w:val="both"/>
      </w:pPr>
      <w:r>
        <w:t>Oversee AI-related safeguarding and online-safety concerns.</w:t>
      </w:r>
    </w:p>
    <w:p w:rsidR="00BF42DB" w:rsidRDefault="008E734C" w:rsidP="008E734C">
      <w:pPr>
        <w:pStyle w:val="ListBullet"/>
        <w:jc w:val="both"/>
      </w:pPr>
      <w:r>
        <w:t>Consider Prevent, bullying, exploitation and wider safeguarding risks.</w:t>
      </w:r>
    </w:p>
    <w:p w:rsidR="00BF42DB" w:rsidRDefault="008E734C" w:rsidP="008E734C">
      <w:pPr>
        <w:pStyle w:val="ListBullet"/>
        <w:jc w:val="both"/>
      </w:pPr>
      <w:r>
        <w:t>Ensure incidents are recorded and referred appropriately.</w:t>
      </w:r>
    </w:p>
    <w:p w:rsidR="00BF42DB" w:rsidRDefault="008E734C" w:rsidP="008E734C">
      <w:pPr>
        <w:jc w:val="both"/>
      </w:pPr>
      <w:r>
        <w:rPr>
          <w:b/>
        </w:rPr>
        <w:t>DPO / Data Protection Lead</w:t>
      </w:r>
    </w:p>
    <w:p w:rsidR="00BF42DB" w:rsidRDefault="008E734C" w:rsidP="008E734C">
      <w:pPr>
        <w:pStyle w:val="ListBullet"/>
        <w:jc w:val="both"/>
      </w:pPr>
      <w:r>
        <w:t>Advise on lawful processing, DPIAs,</w:t>
      </w:r>
      <w:r>
        <w:t xml:space="preserve"> privacy information and supplier arrangements.</w:t>
      </w:r>
    </w:p>
    <w:p w:rsidR="00BF42DB" w:rsidRDefault="008E734C" w:rsidP="008E734C">
      <w:pPr>
        <w:pStyle w:val="ListBullet"/>
        <w:jc w:val="both"/>
      </w:pPr>
      <w:r>
        <w:t>Support assessment of AI systems processing personal or special-category data.</w:t>
      </w:r>
    </w:p>
    <w:p w:rsidR="00BF42DB" w:rsidRDefault="008E734C" w:rsidP="008E734C">
      <w:pPr>
        <w:jc w:val="both"/>
      </w:pPr>
      <w:r>
        <w:rPr>
          <w:b/>
        </w:rPr>
        <w:t>IT / Cyber Lead or Provider</w:t>
      </w:r>
    </w:p>
    <w:p w:rsidR="00BF42DB" w:rsidRDefault="008E734C" w:rsidP="008E734C">
      <w:pPr>
        <w:pStyle w:val="ListBullet"/>
        <w:jc w:val="both"/>
      </w:pPr>
      <w:r>
        <w:t>Support secure configuration, account management, filtering and monitoring compatibility.</w:t>
      </w:r>
    </w:p>
    <w:p w:rsidR="00BF42DB" w:rsidRDefault="008E734C" w:rsidP="008E734C">
      <w:pPr>
        <w:pStyle w:val="ListBullet"/>
        <w:jc w:val="both"/>
      </w:pPr>
      <w:r>
        <w:t>Advise on c</w:t>
      </w:r>
      <w:r>
        <w:t>yber-security risks and incidents.</w:t>
      </w:r>
    </w:p>
    <w:p w:rsidR="00BF42DB" w:rsidRDefault="008E734C" w:rsidP="008E734C">
      <w:pPr>
        <w:jc w:val="both"/>
      </w:pPr>
      <w:r>
        <w:rPr>
          <w:b/>
        </w:rPr>
        <w:t>All Staff</w:t>
      </w:r>
    </w:p>
    <w:p w:rsidR="00BF42DB" w:rsidRDefault="008E734C" w:rsidP="008E734C">
      <w:pPr>
        <w:pStyle w:val="ListBullet"/>
        <w:jc w:val="both"/>
      </w:pPr>
      <w:r>
        <w:t>Use only approved AI tools for school work.</w:t>
      </w:r>
    </w:p>
    <w:p w:rsidR="00BF42DB" w:rsidRDefault="008E734C" w:rsidP="008E734C">
      <w:pPr>
        <w:pStyle w:val="ListBullet"/>
        <w:jc w:val="both"/>
      </w:pPr>
      <w:r>
        <w:t>Complete required training.</w:t>
      </w:r>
    </w:p>
    <w:p w:rsidR="00BF42DB" w:rsidRDefault="008E734C" w:rsidP="008E734C">
      <w:pPr>
        <w:pStyle w:val="ListBullet"/>
        <w:jc w:val="both"/>
      </w:pPr>
      <w:r>
        <w:t>Check AI outputs and remain professionally accountable.</w:t>
      </w:r>
    </w:p>
    <w:p w:rsidR="00BF42DB" w:rsidRDefault="008E734C" w:rsidP="008E734C">
      <w:pPr>
        <w:pStyle w:val="ListBullet"/>
        <w:jc w:val="both"/>
      </w:pPr>
      <w:r>
        <w:t>Report safeguarding, data-protection, bullying or cyber-security concerns.</w:t>
      </w:r>
    </w:p>
    <w:p w:rsidR="00BF42DB" w:rsidRDefault="008E734C" w:rsidP="008E734C">
      <w:pPr>
        <w:pStyle w:val="Heading1"/>
        <w:jc w:val="both"/>
      </w:pPr>
      <w:r>
        <w:t>22. Trai</w:t>
      </w:r>
      <w:r>
        <w:t>ning and Awareness</w:t>
      </w:r>
    </w:p>
    <w:p w:rsidR="00BF42DB" w:rsidRDefault="008E734C" w:rsidP="008E734C">
      <w:pPr>
        <w:jc w:val="both"/>
      </w:pPr>
      <w:r>
        <w:t>AI safety will form part of the school's staff development programme. Staff will receive appropriate training and updates through established arrangements, including The National College where appropriate, alongside current DfE AI suppor</w:t>
      </w:r>
      <w:r>
        <w:t>t materials.</w:t>
      </w:r>
    </w:p>
    <w:p w:rsidR="00BF42DB" w:rsidRDefault="008E734C" w:rsidP="008E734C">
      <w:pPr>
        <w:pStyle w:val="ListBullet"/>
        <w:jc w:val="both"/>
      </w:pPr>
      <w:r>
        <w:t>AI opportunities, risks and responsible use.</w:t>
      </w:r>
    </w:p>
    <w:p w:rsidR="00BF42DB" w:rsidRDefault="008E734C" w:rsidP="008E734C">
      <w:pPr>
        <w:pStyle w:val="ListBullet"/>
        <w:jc w:val="both"/>
      </w:pPr>
      <w:r>
        <w:t>Data protection and privacy.</w:t>
      </w:r>
    </w:p>
    <w:p w:rsidR="00BF42DB" w:rsidRDefault="008E734C" w:rsidP="008E734C">
      <w:pPr>
        <w:pStyle w:val="ListBullet"/>
        <w:jc w:val="both"/>
      </w:pPr>
      <w:r>
        <w:t>Online safety and safeguarding.</w:t>
      </w:r>
    </w:p>
    <w:p w:rsidR="00BF42DB" w:rsidRDefault="008E734C" w:rsidP="008E734C">
      <w:pPr>
        <w:pStyle w:val="ListBullet"/>
        <w:jc w:val="both"/>
      </w:pPr>
      <w:r>
        <w:t>AI-enabled bullying and harmful content.</w:t>
      </w:r>
    </w:p>
    <w:p w:rsidR="00BF42DB" w:rsidRDefault="008E734C" w:rsidP="008E734C">
      <w:pPr>
        <w:pStyle w:val="ListBullet"/>
        <w:jc w:val="both"/>
      </w:pPr>
      <w:r>
        <w:t>Prevent and online radicalisation risks.</w:t>
      </w:r>
    </w:p>
    <w:p w:rsidR="00BF42DB" w:rsidRDefault="008E734C" w:rsidP="008E734C">
      <w:pPr>
        <w:pStyle w:val="ListBullet"/>
        <w:jc w:val="both"/>
      </w:pPr>
      <w:r>
        <w:t>Cyber security, phishing and AI-enabled social engineer</w:t>
      </w:r>
      <w:r>
        <w:t>ing.</w:t>
      </w:r>
    </w:p>
    <w:p w:rsidR="00BF42DB" w:rsidRDefault="008E734C" w:rsidP="008E734C">
      <w:pPr>
        <w:pStyle w:val="ListBullet"/>
        <w:jc w:val="both"/>
      </w:pPr>
      <w:r>
        <w:t>Accuracy, bias, copyright and professional accountability.</w:t>
      </w:r>
    </w:p>
    <w:p w:rsidR="00BF42DB" w:rsidRDefault="008E734C" w:rsidP="008E734C">
      <w:pPr>
        <w:jc w:val="both"/>
      </w:pPr>
      <w:r>
        <w:t>The DfE's 2026 AI support materials include staff and leadership modules, including a safe-use module intended for staff regardless of prior experience.</w:t>
      </w:r>
    </w:p>
    <w:p w:rsidR="00BF42DB" w:rsidRDefault="008E734C" w:rsidP="008E734C">
      <w:pPr>
        <w:pStyle w:val="Heading1"/>
        <w:jc w:val="both"/>
      </w:pPr>
      <w:r>
        <w:t>23. Parents and Carers</w:t>
      </w:r>
    </w:p>
    <w:p w:rsidR="00BF42DB" w:rsidRDefault="008E734C" w:rsidP="008E734C">
      <w:pPr>
        <w:pStyle w:val="ListBullet"/>
        <w:jc w:val="both"/>
      </w:pPr>
      <w:r>
        <w:t xml:space="preserve">The school will </w:t>
      </w:r>
      <w:r>
        <w:t>provide age-appropriate information to parents/carers about safe AI use.</w:t>
      </w:r>
    </w:p>
    <w:p w:rsidR="00BF42DB" w:rsidRDefault="008E734C" w:rsidP="008E734C">
      <w:pPr>
        <w:pStyle w:val="ListBullet"/>
        <w:jc w:val="both"/>
      </w:pPr>
      <w:r>
        <w:t>Parents/carers are encouraged to discuss online safety, misinformation, privacy and responsible AI use with their children.</w:t>
      </w:r>
    </w:p>
    <w:p w:rsidR="00BF42DB" w:rsidRDefault="008E734C" w:rsidP="008E734C">
      <w:pPr>
        <w:pStyle w:val="ListBullet"/>
        <w:jc w:val="both"/>
      </w:pPr>
      <w:r>
        <w:t>Parents/carers should report concerns about AI-generated bu</w:t>
      </w:r>
      <w:r>
        <w:t>llying, exploitation, harmful content or other safeguarding risks to the school.</w:t>
      </w:r>
    </w:p>
    <w:p w:rsidR="00BF42DB" w:rsidRDefault="008E734C" w:rsidP="008E734C">
      <w:pPr>
        <w:pStyle w:val="ListBullet"/>
        <w:jc w:val="both"/>
      </w:pPr>
      <w:r>
        <w:lastRenderedPageBreak/>
        <w:t>The school may communicate when AI is being used for significant pupil-facing learning activities and provide guidance on expectations.</w:t>
      </w:r>
    </w:p>
    <w:p w:rsidR="00BF42DB" w:rsidRDefault="008E734C" w:rsidP="008E734C">
      <w:pPr>
        <w:pStyle w:val="Heading1"/>
        <w:jc w:val="both"/>
      </w:pPr>
      <w:r>
        <w:t>24. Monitoring, Assurance and Review</w:t>
      </w:r>
    </w:p>
    <w:p w:rsidR="00BF42DB" w:rsidRDefault="008E734C" w:rsidP="008E734C">
      <w:pPr>
        <w:pStyle w:val="ListBullet"/>
        <w:jc w:val="both"/>
      </w:pPr>
      <w:r>
        <w:t>Th</w:t>
      </w:r>
      <w:r>
        <w:t>e approved AI register and associated risk assessments will be reviewed at least annually and sooner where risks change.</w:t>
      </w:r>
    </w:p>
    <w:p w:rsidR="00BF42DB" w:rsidRDefault="008E734C" w:rsidP="008E734C">
      <w:pPr>
        <w:pStyle w:val="ListBullet"/>
        <w:jc w:val="both"/>
      </w:pPr>
      <w:r>
        <w:t>AI-related safeguarding, bullying, data-protection and cyber incidents will be monitored for patterns and lessons learned.</w:t>
      </w:r>
    </w:p>
    <w:p w:rsidR="00BF42DB" w:rsidRDefault="008E734C" w:rsidP="008E734C">
      <w:pPr>
        <w:pStyle w:val="ListBullet"/>
        <w:jc w:val="both"/>
      </w:pPr>
      <w:r>
        <w:t>Governors wi</w:t>
      </w:r>
      <w:r>
        <w:t>ll receive appropriate assurance about AI governance and risk management.</w:t>
      </w:r>
    </w:p>
    <w:p w:rsidR="00BF42DB" w:rsidRDefault="008E734C" w:rsidP="008E734C">
      <w:pPr>
        <w:pStyle w:val="ListBullet"/>
        <w:jc w:val="both"/>
      </w:pPr>
      <w:r>
        <w:t>This policy will be reviewed annually and following significant changes to legislation, KCSIE, DfE guidance, Prevent requirements or the school's use of AI.</w:t>
      </w:r>
    </w:p>
    <w:p w:rsidR="00BF42DB" w:rsidRDefault="008E734C" w:rsidP="008E734C">
      <w:pPr>
        <w:pStyle w:val="Heading1"/>
        <w:jc w:val="both"/>
      </w:pPr>
      <w:r>
        <w:t>25. Links to Other Polici</w:t>
      </w:r>
      <w:r>
        <w:t>es</w:t>
      </w:r>
    </w:p>
    <w:p w:rsidR="00BF42DB" w:rsidRDefault="008E734C" w:rsidP="008E734C">
      <w:pPr>
        <w:pStyle w:val="ListBullet"/>
        <w:jc w:val="both"/>
      </w:pPr>
      <w:r>
        <w:t>Child Protection and Safeguarding Policy</w:t>
      </w:r>
    </w:p>
    <w:p w:rsidR="00BF42DB" w:rsidRDefault="008E734C" w:rsidP="008E734C">
      <w:pPr>
        <w:pStyle w:val="ListBullet"/>
        <w:jc w:val="both"/>
      </w:pPr>
      <w:r>
        <w:t>Prevent / Counter-Extremism Policy</w:t>
      </w:r>
    </w:p>
    <w:p w:rsidR="00BF42DB" w:rsidRDefault="008E734C" w:rsidP="008E734C">
      <w:pPr>
        <w:pStyle w:val="ListBullet"/>
        <w:jc w:val="both"/>
      </w:pPr>
      <w:r>
        <w:t>Cyber Security / Online Safety Policy</w:t>
      </w:r>
    </w:p>
    <w:p w:rsidR="00BF42DB" w:rsidRDefault="008E734C" w:rsidP="008E734C">
      <w:pPr>
        <w:pStyle w:val="ListBullet"/>
        <w:jc w:val="both"/>
      </w:pPr>
      <w:r>
        <w:t>Behaviour Policy</w:t>
      </w:r>
    </w:p>
    <w:p w:rsidR="00BF42DB" w:rsidRDefault="008E734C" w:rsidP="008E734C">
      <w:pPr>
        <w:pStyle w:val="ListBullet"/>
        <w:jc w:val="both"/>
      </w:pPr>
      <w:r>
        <w:t>Anti-Bullying Policy</w:t>
      </w:r>
    </w:p>
    <w:p w:rsidR="00BF42DB" w:rsidRDefault="008E734C" w:rsidP="008E734C">
      <w:pPr>
        <w:pStyle w:val="ListBullet"/>
        <w:jc w:val="both"/>
      </w:pPr>
      <w:r>
        <w:t>Data Protection / GDPR Policy and Privacy Notices</w:t>
      </w:r>
    </w:p>
    <w:p w:rsidR="00BF42DB" w:rsidRDefault="008E734C" w:rsidP="008E734C">
      <w:pPr>
        <w:pStyle w:val="ListBullet"/>
        <w:jc w:val="both"/>
      </w:pPr>
      <w:r>
        <w:t>Health and Safety Policy</w:t>
      </w:r>
    </w:p>
    <w:p w:rsidR="00BF42DB" w:rsidRDefault="008E734C" w:rsidP="008E734C">
      <w:pPr>
        <w:pStyle w:val="ListBullet"/>
        <w:jc w:val="both"/>
      </w:pPr>
      <w:r>
        <w:t>Acceptable Use Policy</w:t>
      </w:r>
    </w:p>
    <w:p w:rsidR="00BF42DB" w:rsidRDefault="008E734C" w:rsidP="008E734C">
      <w:pPr>
        <w:pStyle w:val="ListBullet"/>
        <w:jc w:val="both"/>
      </w:pPr>
      <w:r>
        <w:t>Mobi</w:t>
      </w:r>
      <w:r>
        <w:t>le Phone Policy</w:t>
      </w:r>
    </w:p>
    <w:p w:rsidR="00BF42DB" w:rsidRDefault="008E734C" w:rsidP="008E734C">
      <w:pPr>
        <w:pStyle w:val="ListBullet"/>
        <w:jc w:val="both"/>
      </w:pPr>
      <w:r>
        <w:t>SEND / Equality policies and individual support plans where applicable</w:t>
      </w:r>
    </w:p>
    <w:p w:rsidR="00BF42DB" w:rsidRDefault="008E734C" w:rsidP="008E734C">
      <w:pPr>
        <w:pStyle w:val="Heading2"/>
        <w:jc w:val="both"/>
      </w:pPr>
      <w:r>
        <w:t>Interim Policy Status and Mandatory Review</w:t>
      </w:r>
    </w:p>
    <w:p w:rsidR="00BF42DB" w:rsidRDefault="008E734C" w:rsidP="008E734C">
      <w:pPr>
        <w:jc w:val="both"/>
      </w:pPr>
      <w:r>
        <w:t>This policy is an interim school policy for September 2026. The school is awaiting the Staffordshire County Council 2026/27 AI</w:t>
      </w:r>
      <w:r>
        <w:t xml:space="preserve"> policy/guidance. Once that guidance is issued, the Headteacher and Governing Body will review this policy against it and update the policy where required. The school will also review the policy following publication of the final KCSIE 2026 text and any su</w:t>
      </w:r>
      <w:r>
        <w:t>bsequent Department for Education, Home Office, data-protection or other statutory guidance relevant to AI. Any statutory requirement or mandatory local-authority requirement will take precedence over this policy where there is a conflict.</w:t>
      </w:r>
    </w:p>
    <w:p w:rsidR="00BF42DB" w:rsidRDefault="008E734C" w:rsidP="008E734C">
      <w:pPr>
        <w:pStyle w:val="Heading2"/>
        <w:jc w:val="both"/>
      </w:pPr>
      <w:r>
        <w:t>Governor approva</w:t>
      </w:r>
      <w:r>
        <w:t>l note</w:t>
      </w:r>
    </w:p>
    <w:p w:rsidR="00BF42DB" w:rsidRDefault="008E734C" w:rsidP="008E734C">
      <w:pPr>
        <w:jc w:val="both"/>
      </w:pPr>
      <w:r>
        <w:t>At approval, governors should record that this policy is being adopted as an interim September 2026 policy pending Staffordshire County Council's 2026/27 AI guidance, and that a further review will take place when the Council guidance and final KCSI</w:t>
      </w:r>
      <w:r>
        <w:t>E 2026 requirements are available.</w:t>
      </w:r>
    </w:p>
    <w:p w:rsidR="00BF42DB" w:rsidRDefault="008E734C" w:rsidP="008E734C">
      <w:pPr>
        <w:pStyle w:val="Heading1"/>
        <w:jc w:val="both"/>
      </w:pPr>
      <w:r>
        <w:t>Appendix 1: AI Decision Checklist</w:t>
      </w:r>
    </w:p>
    <w:p w:rsidR="00BF42DB" w:rsidRDefault="008E734C" w:rsidP="008E734C">
      <w:pPr>
        <w:jc w:val="both"/>
      </w:pPr>
      <w:r>
        <w:t>Before using an AI tool, staff should ask:</w:t>
      </w:r>
    </w:p>
    <w:p w:rsidR="00BF42DB" w:rsidRDefault="008E734C" w:rsidP="008E734C">
      <w:pPr>
        <w:pStyle w:val="ListBullet"/>
        <w:jc w:val="both"/>
      </w:pPr>
      <w:r>
        <w:t>What is the purpose and benefit?</w:t>
      </w:r>
    </w:p>
    <w:p w:rsidR="00BF42DB" w:rsidRDefault="008E734C" w:rsidP="008E734C">
      <w:pPr>
        <w:pStyle w:val="ListBullet"/>
        <w:jc w:val="both"/>
      </w:pPr>
      <w:r>
        <w:t>Is the tool approved by the school?</w:t>
      </w:r>
    </w:p>
    <w:p w:rsidR="00BF42DB" w:rsidRDefault="008E734C" w:rsidP="008E734C">
      <w:pPr>
        <w:pStyle w:val="ListBullet"/>
        <w:jc w:val="both"/>
      </w:pPr>
      <w:r>
        <w:t>Is the use appropriate for age and need?</w:t>
      </w:r>
    </w:p>
    <w:p w:rsidR="00BF42DB" w:rsidRDefault="008E734C" w:rsidP="008E734C">
      <w:pPr>
        <w:pStyle w:val="ListBullet"/>
        <w:jc w:val="both"/>
      </w:pPr>
      <w:r>
        <w:t xml:space="preserve">Could the tool expose children to </w:t>
      </w:r>
      <w:r>
        <w:t>harmful or inappropriate content?</w:t>
      </w:r>
    </w:p>
    <w:p w:rsidR="00BF42DB" w:rsidRDefault="008E734C" w:rsidP="008E734C">
      <w:pPr>
        <w:pStyle w:val="ListBullet"/>
        <w:jc w:val="both"/>
      </w:pPr>
      <w:r>
        <w:t>Can filtering and monitoring appropriately manage the risk?</w:t>
      </w:r>
    </w:p>
    <w:p w:rsidR="00BF42DB" w:rsidRDefault="008E734C" w:rsidP="008E734C">
      <w:pPr>
        <w:pStyle w:val="ListBullet"/>
        <w:jc w:val="both"/>
      </w:pPr>
      <w:r>
        <w:lastRenderedPageBreak/>
        <w:t>Am I entering personal, special-category or safeguarding data?</w:t>
      </w:r>
    </w:p>
    <w:p w:rsidR="00BF42DB" w:rsidRDefault="008E734C" w:rsidP="008E734C">
      <w:pPr>
        <w:pStyle w:val="ListBullet"/>
        <w:jc w:val="both"/>
      </w:pPr>
      <w:r>
        <w:t>Is a DPIA or DPO advice required?</w:t>
      </w:r>
    </w:p>
    <w:p w:rsidR="00BF42DB" w:rsidRDefault="008E734C" w:rsidP="008E734C">
      <w:pPr>
        <w:pStyle w:val="ListBullet"/>
        <w:jc w:val="both"/>
      </w:pPr>
      <w:r>
        <w:t>Could output be biased, inaccurate, discriminatory or unsafe?</w:t>
      </w:r>
    </w:p>
    <w:p w:rsidR="00BF42DB" w:rsidRDefault="008E734C" w:rsidP="008E734C">
      <w:pPr>
        <w:pStyle w:val="ListBullet"/>
        <w:jc w:val="both"/>
      </w:pPr>
      <w:r>
        <w:t>Cou</w:t>
      </w:r>
      <w:r>
        <w:t>ld the use create a bullying, Prevent or safeguarding risk?</w:t>
      </w:r>
    </w:p>
    <w:p w:rsidR="00BF42DB" w:rsidRDefault="008E734C" w:rsidP="008E734C">
      <w:pPr>
        <w:pStyle w:val="ListBullet"/>
        <w:jc w:val="both"/>
      </w:pPr>
      <w:r>
        <w:t>Have I checked the final output myself?</w:t>
      </w:r>
    </w:p>
    <w:p w:rsidR="00BF42DB" w:rsidRDefault="008E734C" w:rsidP="008E734C">
      <w:pPr>
        <w:pStyle w:val="ListBullet"/>
        <w:jc w:val="both"/>
      </w:pPr>
      <w:r>
        <w:t>Would I be comfortable explaining this use to a parent, governor or safeguarding professional?</w:t>
      </w:r>
    </w:p>
    <w:p w:rsidR="00BF42DB" w:rsidRDefault="008E734C" w:rsidP="008E734C">
      <w:pPr>
        <w:pStyle w:val="Heading1"/>
        <w:jc w:val="both"/>
      </w:pPr>
      <w:r>
        <w:t>Appendix 2: Key Government Sources</w:t>
      </w:r>
    </w:p>
    <w:p w:rsidR="00BF42DB" w:rsidRDefault="008E734C" w:rsidP="008E734C">
      <w:pPr>
        <w:pStyle w:val="ListBullet"/>
        <w:jc w:val="both"/>
      </w:pPr>
      <w:r>
        <w:t>Keeping Children Safe in E</w:t>
      </w:r>
      <w:r>
        <w:t>ducation 2026 – Department for Education.</w:t>
      </w:r>
    </w:p>
    <w:p w:rsidR="00BF42DB" w:rsidRDefault="008E734C" w:rsidP="008E734C">
      <w:pPr>
        <w:pStyle w:val="ListBullet"/>
        <w:jc w:val="both"/>
      </w:pPr>
      <w:r>
        <w:t>KCSIE 2026 status at policy preparation: DfE has published KCSIE 2026 for information ahead of its 1 September 2026 commencement; the final statutory publication is scheduled for 1 September 2026.</w:t>
      </w:r>
    </w:p>
    <w:p w:rsidR="00BF42DB" w:rsidRDefault="008E734C" w:rsidP="008E734C">
      <w:pPr>
        <w:pStyle w:val="ListBullet"/>
        <w:jc w:val="both"/>
      </w:pPr>
      <w:r>
        <w:t>Generative artifi</w:t>
      </w:r>
      <w:r>
        <w:t>cial intelligence (AI) in education – Department for Education.</w:t>
      </w:r>
    </w:p>
    <w:p w:rsidR="00BF42DB" w:rsidRDefault="008E734C" w:rsidP="008E734C">
      <w:pPr>
        <w:pStyle w:val="ListBullet"/>
        <w:jc w:val="both"/>
      </w:pPr>
      <w:r>
        <w:t>Generative AI: product safety standards – Department for Education.</w:t>
      </w:r>
    </w:p>
    <w:p w:rsidR="00BF42DB" w:rsidRDefault="008E734C" w:rsidP="008E734C">
      <w:pPr>
        <w:pStyle w:val="ListBullet"/>
        <w:jc w:val="both"/>
      </w:pPr>
      <w:r>
        <w:t>Data protection in schools – Department for Education.</w:t>
      </w:r>
    </w:p>
    <w:p w:rsidR="00BF42DB" w:rsidRDefault="008E734C" w:rsidP="008E734C">
      <w:pPr>
        <w:pStyle w:val="ListBullet"/>
        <w:jc w:val="both"/>
      </w:pPr>
      <w:r>
        <w:t>Prevent Duty Guidance: England and Wales – Home Office.</w:t>
      </w:r>
    </w:p>
    <w:p w:rsidR="00BF42DB" w:rsidRDefault="008E734C" w:rsidP="008E734C">
      <w:pPr>
        <w:pStyle w:val="ListBullet"/>
        <w:jc w:val="both"/>
      </w:pPr>
      <w:r>
        <w:t>Health and sa</w:t>
      </w:r>
      <w:r>
        <w:t>fety: advice for schools – Department for Education.</w:t>
      </w:r>
    </w:p>
    <w:p w:rsidR="00BF42DB" w:rsidRDefault="008E734C" w:rsidP="008E734C">
      <w:pPr>
        <w:pStyle w:val="ListBullet"/>
        <w:jc w:val="both"/>
      </w:pPr>
      <w:r>
        <w:t>Filtering and monitoring standards – Department for Education.</w:t>
      </w:r>
      <w:bookmarkEnd w:id="0"/>
    </w:p>
    <w:sectPr w:rsidR="00BF42DB" w:rsidSect="008E734C">
      <w:footerReference w:type="default" r:id="rId9"/>
      <w:pgSz w:w="12240" w:h="15840"/>
      <w:pgMar w:top="1008" w:right="1152" w:bottom="1008" w:left="1152" w:header="720" w:footer="720" w:gutter="0"/>
      <w:pgBorders w:offsetFrom="page">
        <w:top w:val="threeDEngrave" w:sz="48" w:space="24" w:color="00B050"/>
        <w:left w:val="threeDEngrave" w:sz="48" w:space="24" w:color="00B050"/>
        <w:bottom w:val="threeDEmboss" w:sz="48" w:space="24" w:color="00B050"/>
        <w:right w:val="threeDEmboss" w:sz="48" w:space="24" w:color="00B050"/>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0000" w:rsidRDefault="008E734C">
      <w:pPr>
        <w:spacing w:after="0" w:line="240" w:lineRule="auto"/>
      </w:pPr>
      <w:r>
        <w:separator/>
      </w:r>
    </w:p>
  </w:endnote>
  <w:endnote w:type="continuationSeparator" w:id="0">
    <w:p w:rsidR="00000000" w:rsidRDefault="008E73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F42DB" w:rsidRDefault="008E734C">
    <w:pPr>
      <w:pStyle w:val="Footer"/>
      <w:jc w:val="center"/>
    </w:pPr>
    <w:r>
      <w:rPr>
        <w:sz w:val="16"/>
      </w:rPr>
      <w:t xml:space="preserve">Wood Lane Primary School | Artificial Intelligence (AI) Policy | </w:t>
    </w:r>
    <w:r>
      <w:rPr>
        <w:sz w:val="16"/>
      </w:rPr>
      <w:t>September 2026 | Interim pending Staffordshire guidance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0000" w:rsidRDefault="008E734C">
      <w:pPr>
        <w:spacing w:after="0" w:line="240" w:lineRule="auto"/>
      </w:pPr>
      <w:r>
        <w:separator/>
      </w:r>
    </w:p>
  </w:footnote>
  <w:footnote w:type="continuationSeparator" w:id="0">
    <w:p w:rsidR="00000000" w:rsidRDefault="008E734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8E734C"/>
    <w:rsid w:val="00AA1D8D"/>
    <w:rsid w:val="00B47730"/>
    <w:rsid w:val="00BF42DB"/>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46AE3A4"/>
  <w14:defaultImageDpi w14:val="300"/>
  <w15:docId w15:val="{C133BD1D-9CD7-408C-995A-545A04CB46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Arial" w:hAnsi="Arial"/>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F19C78-1F3F-4792-BB2D-2804129704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3921</Words>
  <Characters>22353</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26222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Samantha Fraser</cp:lastModifiedBy>
  <cp:revision>2</cp:revision>
  <dcterms:created xsi:type="dcterms:W3CDTF">2026-08-29T18:34:00Z</dcterms:created>
  <dcterms:modified xsi:type="dcterms:W3CDTF">2026-08-29T18:34:00Z</dcterms:modified>
  <cp:category/>
</cp:coreProperties>
</file>