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03A" w:rsidRDefault="00EC0840">
      <w:pPr>
        <w:jc w:val="center"/>
      </w:pPr>
      <w:r>
        <w:rPr>
          <w:b/>
          <w:sz w:val="40"/>
        </w:rPr>
        <w:t>WOOD LANE PRIMARY SCHOOL</w:t>
      </w:r>
    </w:p>
    <w:p w:rsidR="0078103A" w:rsidRDefault="00EC0840">
      <w:pPr>
        <w:jc w:val="center"/>
      </w:pPr>
      <w:r>
        <w:rPr>
          <w:b/>
          <w:sz w:val="30"/>
        </w:rPr>
        <w:t>STAFF POLICY READ, UNDERSTAND &amp; SIGNING SHEET</w:t>
      </w:r>
    </w:p>
    <w:p w:rsidR="0078103A" w:rsidRDefault="00EC0840">
      <w:pPr>
        <w:jc w:val="center"/>
      </w:pPr>
      <w:r>
        <w:rPr>
          <w:b/>
          <w:sz w:val="22"/>
        </w:rPr>
        <w:t>2026–2027 | KCSIE 2026</w:t>
      </w:r>
    </w:p>
    <w:p w:rsidR="0078103A" w:rsidRDefault="00EC0840">
      <w:pPr>
        <w:jc w:val="center"/>
      </w:pPr>
      <w:r>
        <w:rPr>
          <w:b/>
          <w:i/>
          <w:sz w:val="24"/>
        </w:rPr>
        <w:t>“BE THE BEST VERSION OF YOURSELF”</w:t>
      </w:r>
    </w:p>
    <w:tbl>
      <w:tblPr>
        <w:tblStyle w:val="TableGrid"/>
        <w:tblW w:w="0" w:type="auto"/>
        <w:tblLook w:val="04A0" w:firstRow="1" w:lastRow="0" w:firstColumn="1" w:lastColumn="0" w:noHBand="0" w:noVBand="1"/>
      </w:tblPr>
      <w:tblGrid>
        <w:gridCol w:w="2664"/>
        <w:gridCol w:w="2664"/>
        <w:gridCol w:w="2664"/>
        <w:gridCol w:w="2664"/>
      </w:tblGrid>
      <w:tr w:rsidR="0078103A">
        <w:tc>
          <w:tcPr>
            <w:tcW w:w="2664" w:type="dxa"/>
          </w:tcPr>
          <w:p w:rsidR="0078103A" w:rsidRDefault="00EC0840">
            <w:r>
              <w:rPr>
                <w:b/>
              </w:rPr>
              <w:t>Staff name</w:t>
            </w:r>
          </w:p>
        </w:tc>
        <w:tc>
          <w:tcPr>
            <w:tcW w:w="2664" w:type="dxa"/>
          </w:tcPr>
          <w:p w:rsidR="0078103A" w:rsidRDefault="0078103A"/>
        </w:tc>
        <w:tc>
          <w:tcPr>
            <w:tcW w:w="2664" w:type="dxa"/>
          </w:tcPr>
          <w:p w:rsidR="0078103A" w:rsidRDefault="0078103A"/>
        </w:tc>
        <w:tc>
          <w:tcPr>
            <w:tcW w:w="2664" w:type="dxa"/>
          </w:tcPr>
          <w:p w:rsidR="0078103A" w:rsidRDefault="0078103A"/>
        </w:tc>
      </w:tr>
      <w:tr w:rsidR="0078103A">
        <w:tc>
          <w:tcPr>
            <w:tcW w:w="2664" w:type="dxa"/>
          </w:tcPr>
          <w:p w:rsidR="0078103A" w:rsidRDefault="00EC0840">
            <w:r>
              <w:rPr>
                <w:b/>
              </w:rPr>
              <w:t>Job title / role</w:t>
            </w:r>
          </w:p>
        </w:tc>
        <w:tc>
          <w:tcPr>
            <w:tcW w:w="2664" w:type="dxa"/>
          </w:tcPr>
          <w:p w:rsidR="0078103A" w:rsidRDefault="0078103A"/>
        </w:tc>
        <w:tc>
          <w:tcPr>
            <w:tcW w:w="2664" w:type="dxa"/>
          </w:tcPr>
          <w:p w:rsidR="0078103A" w:rsidRDefault="0078103A"/>
        </w:tc>
        <w:tc>
          <w:tcPr>
            <w:tcW w:w="2664" w:type="dxa"/>
          </w:tcPr>
          <w:p w:rsidR="0078103A" w:rsidRDefault="0078103A"/>
        </w:tc>
      </w:tr>
      <w:tr w:rsidR="0078103A">
        <w:tc>
          <w:tcPr>
            <w:tcW w:w="2664" w:type="dxa"/>
          </w:tcPr>
          <w:p w:rsidR="0078103A" w:rsidRDefault="00EC0840">
            <w:r>
              <w:rPr>
                <w:b/>
              </w:rPr>
              <w:t>Start date</w:t>
            </w:r>
          </w:p>
        </w:tc>
        <w:tc>
          <w:tcPr>
            <w:tcW w:w="2664" w:type="dxa"/>
          </w:tcPr>
          <w:p w:rsidR="0078103A" w:rsidRDefault="0078103A"/>
        </w:tc>
        <w:tc>
          <w:tcPr>
            <w:tcW w:w="2664" w:type="dxa"/>
          </w:tcPr>
          <w:p w:rsidR="0078103A" w:rsidRDefault="0078103A"/>
        </w:tc>
        <w:tc>
          <w:tcPr>
            <w:tcW w:w="2664" w:type="dxa"/>
          </w:tcPr>
          <w:p w:rsidR="0078103A" w:rsidRDefault="0078103A"/>
        </w:tc>
      </w:tr>
      <w:tr w:rsidR="0078103A">
        <w:tc>
          <w:tcPr>
            <w:tcW w:w="2664" w:type="dxa"/>
          </w:tcPr>
          <w:p w:rsidR="0078103A" w:rsidRDefault="00EC0840">
            <w:r>
              <w:rPr>
                <w:b/>
              </w:rPr>
              <w:t>Date issued</w:t>
            </w:r>
          </w:p>
        </w:tc>
        <w:tc>
          <w:tcPr>
            <w:tcW w:w="2664" w:type="dxa"/>
          </w:tcPr>
          <w:p w:rsidR="0078103A" w:rsidRDefault="0078103A"/>
        </w:tc>
        <w:tc>
          <w:tcPr>
            <w:tcW w:w="2664" w:type="dxa"/>
          </w:tcPr>
          <w:p w:rsidR="0078103A" w:rsidRDefault="0078103A"/>
        </w:tc>
        <w:tc>
          <w:tcPr>
            <w:tcW w:w="2664" w:type="dxa"/>
          </w:tcPr>
          <w:p w:rsidR="0078103A" w:rsidRDefault="0078103A"/>
        </w:tc>
      </w:tr>
    </w:tbl>
    <w:p w:rsidR="0078103A" w:rsidRDefault="00EC0840">
      <w:r>
        <w:rPr>
          <w:b/>
        </w:rPr>
        <w:t xml:space="preserve">Important: </w:t>
      </w:r>
      <w:r>
        <w:t xml:space="preserve">This is a staff acknowledgement sheet, not a </w:t>
      </w:r>
      <w:r>
        <w:t>substitute for reading the individual policies. Staff should read the current version of each policy supplied by the school, complete any required training, and ask the Headteacher/DSL if anything is unclear.</w:t>
      </w:r>
    </w:p>
    <w:p w:rsidR="0078103A" w:rsidRDefault="00EC0840">
      <w:r>
        <w:rPr>
          <w:b/>
        </w:rPr>
        <w:t xml:space="preserve">KCSIE 2026: </w:t>
      </w:r>
      <w:r>
        <w:t>From 1 September 2026, all staff mu</w:t>
      </w:r>
      <w:r>
        <w:t xml:space="preserve">st read Part One of KCSIE 2026 in full and follow the school's safeguarding procedures. Safeguarding and child protection training, including online safety, is required at induction, regularly updated, with at least annual updates. </w:t>
      </w:r>
    </w:p>
    <w:p w:rsidR="0078103A" w:rsidRDefault="00EC0840">
      <w:pPr>
        <w:pStyle w:val="Heading1"/>
      </w:pPr>
      <w:r>
        <w:t>Staff policy acknowledg</w:t>
      </w:r>
      <w:r>
        <w:t>ement checklist</w:t>
      </w:r>
    </w:p>
    <w:tbl>
      <w:tblPr>
        <w:tblStyle w:val="TableGrid"/>
        <w:tblW w:w="0" w:type="auto"/>
        <w:jc w:val="center"/>
        <w:tblLook w:val="04A0" w:firstRow="1" w:lastRow="0" w:firstColumn="1" w:lastColumn="0" w:noHBand="0" w:noVBand="1"/>
      </w:tblPr>
      <w:tblGrid>
        <w:gridCol w:w="1512"/>
        <w:gridCol w:w="1518"/>
        <w:gridCol w:w="1773"/>
        <w:gridCol w:w="1518"/>
        <w:gridCol w:w="1517"/>
        <w:gridCol w:w="1517"/>
        <w:gridCol w:w="1517"/>
      </w:tblGrid>
      <w:tr w:rsidR="0078103A">
        <w:trPr>
          <w:jc w:val="center"/>
        </w:trPr>
        <w:tc>
          <w:tcPr>
            <w:tcW w:w="1522" w:type="dxa"/>
          </w:tcPr>
          <w:p w:rsidR="0078103A" w:rsidRDefault="00EC0840">
            <w:r>
              <w:rPr>
                <w:b/>
                <w:sz w:val="16"/>
              </w:rPr>
              <w:t>No.</w:t>
            </w:r>
          </w:p>
        </w:tc>
        <w:tc>
          <w:tcPr>
            <w:tcW w:w="1522" w:type="dxa"/>
          </w:tcPr>
          <w:p w:rsidR="0078103A" w:rsidRDefault="00EC0840">
            <w:r>
              <w:rPr>
                <w:b/>
                <w:sz w:val="16"/>
              </w:rPr>
              <w:t>Policy / document</w:t>
            </w:r>
          </w:p>
        </w:tc>
        <w:tc>
          <w:tcPr>
            <w:tcW w:w="1522" w:type="dxa"/>
          </w:tcPr>
          <w:p w:rsidR="0078103A" w:rsidRDefault="00EC0840">
            <w:r>
              <w:rPr>
                <w:b/>
                <w:sz w:val="16"/>
              </w:rPr>
              <w:t>Who</w:t>
            </w:r>
          </w:p>
        </w:tc>
        <w:tc>
          <w:tcPr>
            <w:tcW w:w="1522" w:type="dxa"/>
          </w:tcPr>
          <w:p w:rsidR="0078103A" w:rsidRDefault="00EC0840">
            <w:r>
              <w:rPr>
                <w:b/>
                <w:sz w:val="16"/>
              </w:rPr>
              <w:t>Read &amp; understood</w:t>
            </w:r>
          </w:p>
        </w:tc>
        <w:tc>
          <w:tcPr>
            <w:tcW w:w="1522" w:type="dxa"/>
          </w:tcPr>
          <w:p w:rsidR="0078103A" w:rsidRDefault="00EC0840">
            <w:r>
              <w:rPr>
                <w:b/>
                <w:sz w:val="16"/>
              </w:rPr>
              <w:t>Read date</w:t>
            </w:r>
          </w:p>
        </w:tc>
        <w:tc>
          <w:tcPr>
            <w:tcW w:w="1522" w:type="dxa"/>
          </w:tcPr>
          <w:p w:rsidR="0078103A" w:rsidRDefault="00EC0840">
            <w:r>
              <w:rPr>
                <w:b/>
                <w:sz w:val="16"/>
              </w:rPr>
              <w:t>Read signature</w:t>
            </w:r>
          </w:p>
        </w:tc>
        <w:tc>
          <w:tcPr>
            <w:tcW w:w="1522" w:type="dxa"/>
          </w:tcPr>
          <w:p w:rsidR="0078103A" w:rsidRDefault="00EC0840">
            <w:r>
              <w:rPr>
                <w:b/>
                <w:sz w:val="16"/>
              </w:rPr>
              <w:t>Training completed</w:t>
            </w:r>
          </w:p>
        </w:tc>
      </w:tr>
      <w:tr w:rsidR="0078103A">
        <w:trPr>
          <w:jc w:val="center"/>
        </w:trPr>
        <w:tc>
          <w:tcPr>
            <w:tcW w:w="1522" w:type="dxa"/>
            <w:vAlign w:val="center"/>
          </w:tcPr>
          <w:p w:rsidR="0078103A" w:rsidRDefault="00EC0840">
            <w:r>
              <w:rPr>
                <w:sz w:val="14"/>
              </w:rPr>
              <w:t>1</w:t>
            </w:r>
          </w:p>
        </w:tc>
        <w:tc>
          <w:tcPr>
            <w:tcW w:w="1522" w:type="dxa"/>
            <w:vAlign w:val="center"/>
          </w:tcPr>
          <w:p w:rsidR="0078103A" w:rsidRDefault="00EC0840">
            <w:r>
              <w:rPr>
                <w:sz w:val="14"/>
              </w:rPr>
              <w:t>Keeping Children Safe in Education (KCSIE) 2026 – Part One</w:t>
            </w:r>
          </w:p>
        </w:tc>
        <w:tc>
          <w:tcPr>
            <w:tcW w:w="1522" w:type="dxa"/>
            <w:vAlign w:val="center"/>
          </w:tcPr>
          <w:p w:rsidR="0078103A" w:rsidRDefault="00EC0840">
            <w:r>
              <w:rPr>
                <w:sz w:val="14"/>
              </w:rPr>
              <w:t>Safeguarding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w:t>
            </w:r>
            <w:r>
              <w:rPr>
                <w:sz w:val="14"/>
              </w:rPr>
              <w:t>____</w:t>
            </w:r>
            <w:r>
              <w:rPr>
                <w:sz w:val="14"/>
              </w:rPr>
              <w:br/>
              <w:t>Sign: ______</w:t>
            </w:r>
          </w:p>
        </w:tc>
      </w:tr>
      <w:tr w:rsidR="0078103A">
        <w:trPr>
          <w:jc w:val="center"/>
        </w:trPr>
        <w:tc>
          <w:tcPr>
            <w:tcW w:w="1522" w:type="dxa"/>
            <w:vAlign w:val="center"/>
          </w:tcPr>
          <w:p w:rsidR="0078103A" w:rsidRDefault="00EC0840">
            <w:r>
              <w:rPr>
                <w:sz w:val="14"/>
              </w:rPr>
              <w:t>2</w:t>
            </w:r>
          </w:p>
        </w:tc>
        <w:tc>
          <w:tcPr>
            <w:tcW w:w="1522" w:type="dxa"/>
            <w:vAlign w:val="center"/>
          </w:tcPr>
          <w:p w:rsidR="0078103A" w:rsidRDefault="00EC0840">
            <w:r>
              <w:rPr>
                <w:sz w:val="14"/>
              </w:rPr>
              <w:t>Child Protection &amp; Safeguarding Policy</w:t>
            </w:r>
          </w:p>
        </w:tc>
        <w:tc>
          <w:tcPr>
            <w:tcW w:w="1522" w:type="dxa"/>
            <w:vAlign w:val="center"/>
          </w:tcPr>
          <w:p w:rsidR="0078103A" w:rsidRDefault="00EC0840">
            <w:r>
              <w:rPr>
                <w:sz w:val="14"/>
              </w:rPr>
              <w:t>Safeguarding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3</w:t>
            </w:r>
          </w:p>
        </w:tc>
        <w:tc>
          <w:tcPr>
            <w:tcW w:w="1522" w:type="dxa"/>
            <w:vAlign w:val="center"/>
          </w:tcPr>
          <w:p w:rsidR="0078103A" w:rsidRDefault="00EC0840">
            <w:r>
              <w:rPr>
                <w:sz w:val="14"/>
              </w:rPr>
              <w:t>Staff Behaviour Policy / Code of Conduct</w:t>
            </w:r>
          </w:p>
        </w:tc>
        <w:tc>
          <w:tcPr>
            <w:tcW w:w="1522" w:type="dxa"/>
            <w:vAlign w:val="center"/>
          </w:tcPr>
          <w:p w:rsidR="0078103A" w:rsidRDefault="00EC0840">
            <w:r>
              <w:rPr>
                <w:sz w:val="14"/>
              </w:rPr>
              <w:t>Safeguarding &amp; conduct – ALL STAFF</w:t>
            </w:r>
          </w:p>
        </w:tc>
        <w:tc>
          <w:tcPr>
            <w:tcW w:w="1522" w:type="dxa"/>
            <w:vAlign w:val="center"/>
          </w:tcPr>
          <w:p w:rsidR="0078103A" w:rsidRDefault="00EC0840">
            <w:r>
              <w:rPr>
                <w:sz w:val="14"/>
              </w:rPr>
              <w:t>☐</w:t>
            </w:r>
            <w:r>
              <w:rPr>
                <w:sz w:val="14"/>
              </w:rPr>
              <w:t xml:space="preserve"> I </w:t>
            </w:r>
            <w:r>
              <w:rPr>
                <w:sz w:val="14"/>
              </w:rPr>
              <w:t>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4</w:t>
            </w:r>
          </w:p>
        </w:tc>
        <w:tc>
          <w:tcPr>
            <w:tcW w:w="1522" w:type="dxa"/>
            <w:vAlign w:val="center"/>
          </w:tcPr>
          <w:p w:rsidR="0078103A" w:rsidRDefault="00EC0840">
            <w:r>
              <w:rPr>
                <w:sz w:val="14"/>
              </w:rPr>
              <w:t>Prevent / Counter-Extremism Policy</w:t>
            </w:r>
          </w:p>
        </w:tc>
        <w:tc>
          <w:tcPr>
            <w:tcW w:w="1522" w:type="dxa"/>
            <w:vAlign w:val="center"/>
          </w:tcPr>
          <w:p w:rsidR="0078103A" w:rsidRDefault="00EC0840">
            <w:r>
              <w:rPr>
                <w:sz w:val="14"/>
              </w:rPr>
              <w:t>Statutory safeguarding duty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5</w:t>
            </w:r>
          </w:p>
        </w:tc>
        <w:tc>
          <w:tcPr>
            <w:tcW w:w="1522" w:type="dxa"/>
            <w:vAlign w:val="center"/>
          </w:tcPr>
          <w:p w:rsidR="0078103A" w:rsidRDefault="00EC0840">
            <w:r>
              <w:rPr>
                <w:sz w:val="14"/>
              </w:rPr>
              <w:t>Online Safety</w:t>
            </w:r>
            <w:r>
              <w:rPr>
                <w:sz w:val="14"/>
              </w:rPr>
              <w:t xml:space="preserve"> / Filtering &amp; Monitoring Policy</w:t>
            </w:r>
          </w:p>
        </w:tc>
        <w:tc>
          <w:tcPr>
            <w:tcW w:w="1522" w:type="dxa"/>
            <w:vAlign w:val="center"/>
          </w:tcPr>
          <w:p w:rsidR="0078103A" w:rsidRDefault="00EC0840">
            <w:r>
              <w:rPr>
                <w:sz w:val="14"/>
              </w:rPr>
              <w:t>Safeguarding &amp; online safety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6</w:t>
            </w:r>
          </w:p>
        </w:tc>
        <w:tc>
          <w:tcPr>
            <w:tcW w:w="1522" w:type="dxa"/>
            <w:vAlign w:val="center"/>
          </w:tcPr>
          <w:p w:rsidR="0078103A" w:rsidRDefault="00EC0840">
            <w:r>
              <w:rPr>
                <w:sz w:val="14"/>
              </w:rPr>
              <w:t>Cyber Security / Acceptable Use Policy</w:t>
            </w:r>
          </w:p>
        </w:tc>
        <w:tc>
          <w:tcPr>
            <w:tcW w:w="1522" w:type="dxa"/>
            <w:vAlign w:val="center"/>
          </w:tcPr>
          <w:p w:rsidR="0078103A" w:rsidRDefault="00EC0840">
            <w:r>
              <w:rPr>
                <w:sz w:val="14"/>
              </w:rPr>
              <w:t>Cyber security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w:t>
            </w:r>
            <w:r>
              <w:rPr>
                <w:sz w:val="14"/>
              </w:rPr>
              <w:t>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7</w:t>
            </w:r>
          </w:p>
        </w:tc>
        <w:tc>
          <w:tcPr>
            <w:tcW w:w="1522" w:type="dxa"/>
            <w:vAlign w:val="center"/>
          </w:tcPr>
          <w:p w:rsidR="0078103A" w:rsidRDefault="00EC0840">
            <w:r>
              <w:rPr>
                <w:sz w:val="14"/>
              </w:rPr>
              <w:t>Behaviour Policy</w:t>
            </w:r>
          </w:p>
        </w:tc>
        <w:tc>
          <w:tcPr>
            <w:tcW w:w="1522" w:type="dxa"/>
            <w:vAlign w:val="center"/>
          </w:tcPr>
          <w:p w:rsidR="0078103A" w:rsidRDefault="00EC0840">
            <w:r>
              <w:rPr>
                <w:sz w:val="14"/>
              </w:rPr>
              <w:t>Required school policy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8</w:t>
            </w:r>
          </w:p>
        </w:tc>
        <w:tc>
          <w:tcPr>
            <w:tcW w:w="1522" w:type="dxa"/>
            <w:vAlign w:val="center"/>
          </w:tcPr>
          <w:p w:rsidR="0078103A" w:rsidRDefault="00EC0840">
            <w:r>
              <w:rPr>
                <w:sz w:val="14"/>
              </w:rPr>
              <w:t>Anti-Bullying Policy</w:t>
            </w:r>
          </w:p>
        </w:tc>
        <w:tc>
          <w:tcPr>
            <w:tcW w:w="1522" w:type="dxa"/>
            <w:vAlign w:val="center"/>
          </w:tcPr>
          <w:p w:rsidR="0078103A" w:rsidRDefault="00EC0840">
            <w:r>
              <w:rPr>
                <w:sz w:val="14"/>
              </w:rPr>
              <w:t>Required school policy – ALL STAFF</w:t>
            </w:r>
          </w:p>
        </w:tc>
        <w:tc>
          <w:tcPr>
            <w:tcW w:w="1522" w:type="dxa"/>
            <w:vAlign w:val="center"/>
          </w:tcPr>
          <w:p w:rsidR="0078103A" w:rsidRDefault="00EC0840">
            <w:r>
              <w:rPr>
                <w:sz w:val="14"/>
              </w:rPr>
              <w:t>☐</w:t>
            </w:r>
            <w:r>
              <w:rPr>
                <w:sz w:val="14"/>
              </w:rPr>
              <w:t xml:space="preserve"> I </w:t>
            </w:r>
            <w:r>
              <w:rPr>
                <w:sz w:val="14"/>
              </w:rPr>
              <w:t>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9</w:t>
            </w:r>
          </w:p>
        </w:tc>
        <w:tc>
          <w:tcPr>
            <w:tcW w:w="1522" w:type="dxa"/>
            <w:vAlign w:val="center"/>
          </w:tcPr>
          <w:p w:rsidR="0078103A" w:rsidRDefault="00EC0840">
            <w:r>
              <w:rPr>
                <w:sz w:val="14"/>
              </w:rPr>
              <w:t>Attendance Policy / Attendance &amp; CME Procedures</w:t>
            </w:r>
          </w:p>
        </w:tc>
        <w:tc>
          <w:tcPr>
            <w:tcW w:w="1522" w:type="dxa"/>
            <w:vAlign w:val="center"/>
          </w:tcPr>
          <w:p w:rsidR="0078103A" w:rsidRDefault="00EC0840">
            <w:r>
              <w:rPr>
                <w:sz w:val="14"/>
              </w:rPr>
              <w:t>Attendance/safeguarding – ALL STAFF AWARENESS</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w:t>
            </w:r>
            <w:r>
              <w:rPr>
                <w:sz w:val="14"/>
              </w:rPr>
              <w:t>__</w:t>
            </w:r>
          </w:p>
        </w:tc>
      </w:tr>
      <w:tr w:rsidR="0078103A">
        <w:trPr>
          <w:jc w:val="center"/>
        </w:trPr>
        <w:tc>
          <w:tcPr>
            <w:tcW w:w="1522" w:type="dxa"/>
            <w:vAlign w:val="center"/>
          </w:tcPr>
          <w:p w:rsidR="0078103A" w:rsidRDefault="00EC0840">
            <w:r>
              <w:rPr>
                <w:sz w:val="14"/>
              </w:rPr>
              <w:t>10</w:t>
            </w:r>
          </w:p>
        </w:tc>
        <w:tc>
          <w:tcPr>
            <w:tcW w:w="1522" w:type="dxa"/>
            <w:vAlign w:val="center"/>
          </w:tcPr>
          <w:p w:rsidR="0078103A" w:rsidRDefault="00EC0840">
            <w:r>
              <w:rPr>
                <w:sz w:val="14"/>
              </w:rPr>
              <w:t>AI Policy – September 2026</w:t>
            </w:r>
          </w:p>
        </w:tc>
        <w:tc>
          <w:tcPr>
            <w:tcW w:w="1522" w:type="dxa"/>
            <w:vAlign w:val="center"/>
          </w:tcPr>
          <w:p w:rsidR="0078103A" w:rsidRDefault="00EC0840">
            <w:r>
              <w:rPr>
                <w:sz w:val="14"/>
              </w:rPr>
              <w:t>School policy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11</w:t>
            </w:r>
          </w:p>
        </w:tc>
        <w:tc>
          <w:tcPr>
            <w:tcW w:w="1522" w:type="dxa"/>
            <w:vAlign w:val="center"/>
          </w:tcPr>
          <w:p w:rsidR="0078103A" w:rsidRDefault="00EC0840">
            <w:r>
              <w:rPr>
                <w:sz w:val="14"/>
              </w:rPr>
              <w:t>Data Protection / GDPR &amp; Information Security Policy</w:t>
            </w:r>
          </w:p>
        </w:tc>
        <w:tc>
          <w:tcPr>
            <w:tcW w:w="1522" w:type="dxa"/>
            <w:vAlign w:val="center"/>
          </w:tcPr>
          <w:p w:rsidR="0078103A" w:rsidRDefault="00EC0840">
            <w:r>
              <w:rPr>
                <w:sz w:val="14"/>
              </w:rPr>
              <w:t>Data protection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12</w:t>
            </w:r>
          </w:p>
        </w:tc>
        <w:tc>
          <w:tcPr>
            <w:tcW w:w="1522" w:type="dxa"/>
            <w:vAlign w:val="center"/>
          </w:tcPr>
          <w:p w:rsidR="0078103A" w:rsidRDefault="00EC0840">
            <w:r>
              <w:rPr>
                <w:sz w:val="14"/>
              </w:rPr>
              <w:t>Health &amp; Safety Policy</w:t>
            </w:r>
          </w:p>
        </w:tc>
        <w:tc>
          <w:tcPr>
            <w:tcW w:w="1522" w:type="dxa"/>
            <w:vAlign w:val="center"/>
          </w:tcPr>
          <w:p w:rsidR="0078103A" w:rsidRDefault="00EC0840">
            <w:r>
              <w:rPr>
                <w:sz w:val="14"/>
              </w:rPr>
              <w:t>Health &amp; safety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13</w:t>
            </w:r>
          </w:p>
        </w:tc>
        <w:tc>
          <w:tcPr>
            <w:tcW w:w="1522" w:type="dxa"/>
            <w:vAlign w:val="center"/>
          </w:tcPr>
          <w:p w:rsidR="0078103A" w:rsidRDefault="00EC0840">
            <w:r>
              <w:rPr>
                <w:sz w:val="14"/>
              </w:rPr>
              <w:t>First Aid Policy / First Aid Arrangements</w:t>
            </w:r>
          </w:p>
        </w:tc>
        <w:tc>
          <w:tcPr>
            <w:tcW w:w="1522" w:type="dxa"/>
            <w:vAlign w:val="center"/>
          </w:tcPr>
          <w:p w:rsidR="0078103A" w:rsidRDefault="00EC0840">
            <w:r>
              <w:rPr>
                <w:sz w:val="14"/>
              </w:rPr>
              <w:t>Health &amp; safety –</w:t>
            </w:r>
            <w:r>
              <w:rPr>
                <w:sz w:val="14"/>
              </w:rPr>
              <w:t xml:space="preserve"> ALL STAFF AWARENESS</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14</w:t>
            </w:r>
          </w:p>
        </w:tc>
        <w:tc>
          <w:tcPr>
            <w:tcW w:w="1522" w:type="dxa"/>
            <w:vAlign w:val="center"/>
          </w:tcPr>
          <w:p w:rsidR="0078103A" w:rsidRDefault="00EC0840">
            <w:r>
              <w:rPr>
                <w:sz w:val="14"/>
              </w:rPr>
              <w:t>Medical Conditions / Medicines Policy</w:t>
            </w:r>
          </w:p>
        </w:tc>
        <w:tc>
          <w:tcPr>
            <w:tcW w:w="1522" w:type="dxa"/>
            <w:vAlign w:val="center"/>
          </w:tcPr>
          <w:p w:rsidR="0078103A" w:rsidRDefault="00EC0840">
            <w:r>
              <w:rPr>
                <w:sz w:val="14"/>
              </w:rPr>
              <w:t>Health &amp; welfare – RELEVANT STAFF / AWARENESS</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 xml:space="preserve">Date: </w:t>
            </w:r>
            <w:r>
              <w:rPr>
                <w:sz w:val="14"/>
              </w:rPr>
              <w:t>______</w:t>
            </w:r>
            <w:r>
              <w:rPr>
                <w:sz w:val="14"/>
              </w:rPr>
              <w:br/>
              <w:t>Sign: ______</w:t>
            </w:r>
          </w:p>
        </w:tc>
      </w:tr>
      <w:tr w:rsidR="0078103A">
        <w:trPr>
          <w:jc w:val="center"/>
        </w:trPr>
        <w:tc>
          <w:tcPr>
            <w:tcW w:w="1522" w:type="dxa"/>
            <w:vAlign w:val="center"/>
          </w:tcPr>
          <w:p w:rsidR="0078103A" w:rsidRDefault="00EC0840">
            <w:r>
              <w:rPr>
                <w:sz w:val="14"/>
              </w:rPr>
              <w:t>15</w:t>
            </w:r>
          </w:p>
        </w:tc>
        <w:tc>
          <w:tcPr>
            <w:tcW w:w="1522" w:type="dxa"/>
            <w:vAlign w:val="center"/>
          </w:tcPr>
          <w:p w:rsidR="0078103A" w:rsidRDefault="00EC0840">
            <w:r>
              <w:rPr>
                <w:sz w:val="14"/>
              </w:rPr>
              <w:t xml:space="preserve">Fire Safety / Emergency </w:t>
            </w:r>
            <w:r>
              <w:rPr>
                <w:sz w:val="14"/>
              </w:rPr>
              <w:lastRenderedPageBreak/>
              <w:t>Evacuation Procedures</w:t>
            </w:r>
          </w:p>
        </w:tc>
        <w:tc>
          <w:tcPr>
            <w:tcW w:w="1522" w:type="dxa"/>
            <w:vAlign w:val="center"/>
          </w:tcPr>
          <w:p w:rsidR="0078103A" w:rsidRDefault="00EC0840">
            <w:r>
              <w:rPr>
                <w:sz w:val="14"/>
              </w:rPr>
              <w:lastRenderedPageBreak/>
              <w:t>Health &amp; safety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r>
            <w:r>
              <w:rPr>
                <w:sz w:val="14"/>
              </w:rPr>
              <w:lastRenderedPageBreak/>
              <w:t>Sign: ______</w:t>
            </w:r>
          </w:p>
        </w:tc>
      </w:tr>
      <w:tr w:rsidR="0078103A">
        <w:trPr>
          <w:jc w:val="center"/>
        </w:trPr>
        <w:tc>
          <w:tcPr>
            <w:tcW w:w="1522" w:type="dxa"/>
            <w:vAlign w:val="center"/>
          </w:tcPr>
          <w:p w:rsidR="0078103A" w:rsidRDefault="00EC0840">
            <w:r>
              <w:rPr>
                <w:sz w:val="14"/>
              </w:rPr>
              <w:lastRenderedPageBreak/>
              <w:t>16</w:t>
            </w:r>
          </w:p>
        </w:tc>
        <w:tc>
          <w:tcPr>
            <w:tcW w:w="1522" w:type="dxa"/>
            <w:vAlign w:val="center"/>
          </w:tcPr>
          <w:p w:rsidR="0078103A" w:rsidRDefault="00EC0840">
            <w:r>
              <w:rPr>
                <w:sz w:val="14"/>
              </w:rPr>
              <w:t>Lockdown / Critical Incident / Emergency Procedures</w:t>
            </w:r>
          </w:p>
        </w:tc>
        <w:tc>
          <w:tcPr>
            <w:tcW w:w="1522" w:type="dxa"/>
            <w:vAlign w:val="center"/>
          </w:tcPr>
          <w:p w:rsidR="0078103A" w:rsidRDefault="00EC0840">
            <w:r>
              <w:rPr>
                <w:sz w:val="14"/>
              </w:rPr>
              <w:t>Safeguarding &amp; heal</w:t>
            </w:r>
            <w:r>
              <w:rPr>
                <w:sz w:val="14"/>
              </w:rPr>
              <w:t>th/safety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17</w:t>
            </w:r>
          </w:p>
        </w:tc>
        <w:tc>
          <w:tcPr>
            <w:tcW w:w="1522" w:type="dxa"/>
            <w:vAlign w:val="center"/>
          </w:tcPr>
          <w:p w:rsidR="0078103A" w:rsidRDefault="00EC0840">
            <w:r>
              <w:rPr>
                <w:sz w:val="14"/>
              </w:rPr>
              <w:t>Educational Visits / Trips Policy</w:t>
            </w:r>
          </w:p>
        </w:tc>
        <w:tc>
          <w:tcPr>
            <w:tcW w:w="1522" w:type="dxa"/>
            <w:vAlign w:val="center"/>
          </w:tcPr>
          <w:p w:rsidR="0078103A" w:rsidRDefault="00EC0840">
            <w:r>
              <w:rPr>
                <w:sz w:val="14"/>
              </w:rPr>
              <w:t>Safeguarding &amp; health/safety – RELEVANT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 xml:space="preserve">Date: </w:t>
            </w:r>
            <w:r>
              <w:rPr>
                <w:sz w:val="14"/>
              </w:rPr>
              <w:t>______</w:t>
            </w:r>
            <w:r>
              <w:rPr>
                <w:sz w:val="14"/>
              </w:rPr>
              <w:br/>
              <w:t>Sign: ______</w:t>
            </w:r>
          </w:p>
        </w:tc>
      </w:tr>
      <w:tr w:rsidR="0078103A">
        <w:trPr>
          <w:jc w:val="center"/>
        </w:trPr>
        <w:tc>
          <w:tcPr>
            <w:tcW w:w="1522" w:type="dxa"/>
            <w:vAlign w:val="center"/>
          </w:tcPr>
          <w:p w:rsidR="0078103A" w:rsidRDefault="00EC0840">
            <w:r>
              <w:rPr>
                <w:sz w:val="14"/>
              </w:rPr>
              <w:t>18</w:t>
            </w:r>
          </w:p>
        </w:tc>
        <w:tc>
          <w:tcPr>
            <w:tcW w:w="1522" w:type="dxa"/>
            <w:vAlign w:val="center"/>
          </w:tcPr>
          <w:p w:rsidR="0078103A" w:rsidRDefault="00EC0840">
            <w:r>
              <w:rPr>
                <w:sz w:val="14"/>
              </w:rPr>
              <w:t>Mobile Phone Policy</w:t>
            </w:r>
          </w:p>
        </w:tc>
        <w:tc>
          <w:tcPr>
            <w:tcW w:w="1522" w:type="dxa"/>
            <w:vAlign w:val="center"/>
          </w:tcPr>
          <w:p w:rsidR="0078103A" w:rsidRDefault="00EC0840">
            <w:r>
              <w:rPr>
                <w:sz w:val="14"/>
              </w:rPr>
              <w:t>Safeguarding / conduct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19</w:t>
            </w:r>
          </w:p>
        </w:tc>
        <w:tc>
          <w:tcPr>
            <w:tcW w:w="1522" w:type="dxa"/>
            <w:vAlign w:val="center"/>
          </w:tcPr>
          <w:p w:rsidR="0078103A" w:rsidRDefault="00EC0840">
            <w:r>
              <w:rPr>
                <w:sz w:val="14"/>
              </w:rPr>
              <w:t>Equality, Diversity &amp; Inclusion / Equality Policy</w:t>
            </w:r>
          </w:p>
        </w:tc>
        <w:tc>
          <w:tcPr>
            <w:tcW w:w="1522" w:type="dxa"/>
            <w:vAlign w:val="center"/>
          </w:tcPr>
          <w:p w:rsidR="0078103A" w:rsidRDefault="00EC0840">
            <w:r>
              <w:rPr>
                <w:sz w:val="14"/>
              </w:rPr>
              <w:t>Equality duty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20</w:t>
            </w:r>
          </w:p>
        </w:tc>
        <w:tc>
          <w:tcPr>
            <w:tcW w:w="1522" w:type="dxa"/>
            <w:vAlign w:val="center"/>
          </w:tcPr>
          <w:p w:rsidR="0078103A" w:rsidRDefault="00EC0840">
            <w:r>
              <w:rPr>
                <w:sz w:val="14"/>
              </w:rPr>
              <w:t>SEND Policy / SEND Information &amp; Inclusion Arrangements</w:t>
            </w:r>
          </w:p>
        </w:tc>
        <w:tc>
          <w:tcPr>
            <w:tcW w:w="1522" w:type="dxa"/>
            <w:vAlign w:val="center"/>
          </w:tcPr>
          <w:p w:rsidR="0078103A" w:rsidRDefault="00EC0840">
            <w:r>
              <w:rPr>
                <w:sz w:val="14"/>
              </w:rPr>
              <w:t>Inclusion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21</w:t>
            </w:r>
          </w:p>
        </w:tc>
        <w:tc>
          <w:tcPr>
            <w:tcW w:w="1522" w:type="dxa"/>
            <w:vAlign w:val="center"/>
          </w:tcPr>
          <w:p w:rsidR="0078103A" w:rsidRDefault="00EC0840">
            <w:r>
              <w:rPr>
                <w:sz w:val="14"/>
              </w:rPr>
              <w:t xml:space="preserve">Complaints </w:t>
            </w:r>
            <w:r>
              <w:rPr>
                <w:sz w:val="14"/>
              </w:rPr>
              <w:t>Policy</w:t>
            </w:r>
          </w:p>
        </w:tc>
        <w:tc>
          <w:tcPr>
            <w:tcW w:w="1522" w:type="dxa"/>
            <w:vAlign w:val="center"/>
          </w:tcPr>
          <w:p w:rsidR="0078103A" w:rsidRDefault="00EC0840">
            <w:r>
              <w:rPr>
                <w:sz w:val="14"/>
              </w:rPr>
              <w:t>School procedure – ALL STAFF AWARENESS</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22</w:t>
            </w:r>
          </w:p>
        </w:tc>
        <w:tc>
          <w:tcPr>
            <w:tcW w:w="1522" w:type="dxa"/>
            <w:vAlign w:val="center"/>
          </w:tcPr>
          <w:p w:rsidR="0078103A" w:rsidRDefault="00EC0840">
            <w:r>
              <w:rPr>
                <w:sz w:val="14"/>
              </w:rPr>
              <w:t>Whistleblowing Policy</w:t>
            </w:r>
          </w:p>
        </w:tc>
        <w:tc>
          <w:tcPr>
            <w:tcW w:w="1522" w:type="dxa"/>
            <w:vAlign w:val="center"/>
          </w:tcPr>
          <w:p w:rsidR="0078103A" w:rsidRDefault="00EC0840">
            <w:r>
              <w:rPr>
                <w:sz w:val="14"/>
              </w:rPr>
              <w:t>Safeguarding &amp; governance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 xml:space="preserve">Date: </w:t>
            </w:r>
            <w:r>
              <w:rPr>
                <w:sz w:val="14"/>
              </w:rPr>
              <w:t>______</w:t>
            </w:r>
            <w:r>
              <w:rPr>
                <w:sz w:val="14"/>
              </w:rPr>
              <w:br/>
              <w:t>Sign: ______</w:t>
            </w:r>
          </w:p>
        </w:tc>
      </w:tr>
      <w:tr w:rsidR="0078103A">
        <w:trPr>
          <w:jc w:val="center"/>
        </w:trPr>
        <w:tc>
          <w:tcPr>
            <w:tcW w:w="1522" w:type="dxa"/>
            <w:vAlign w:val="center"/>
          </w:tcPr>
          <w:p w:rsidR="0078103A" w:rsidRDefault="00EC0840">
            <w:r>
              <w:rPr>
                <w:sz w:val="14"/>
              </w:rPr>
              <w:t>23</w:t>
            </w:r>
          </w:p>
        </w:tc>
        <w:tc>
          <w:tcPr>
            <w:tcW w:w="1522" w:type="dxa"/>
            <w:vAlign w:val="center"/>
          </w:tcPr>
          <w:p w:rsidR="0078103A" w:rsidRDefault="00EC0840">
            <w:r>
              <w:rPr>
                <w:sz w:val="14"/>
              </w:rPr>
              <w:t>Low-Level Concerns / Allegations Against Staff Procedure</w:t>
            </w:r>
          </w:p>
        </w:tc>
        <w:tc>
          <w:tcPr>
            <w:tcW w:w="1522" w:type="dxa"/>
            <w:vAlign w:val="center"/>
          </w:tcPr>
          <w:p w:rsidR="0078103A" w:rsidRDefault="00EC0840">
            <w:r>
              <w:rPr>
                <w:sz w:val="14"/>
              </w:rPr>
              <w:t>Safeguarding – ALL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24</w:t>
            </w:r>
          </w:p>
        </w:tc>
        <w:tc>
          <w:tcPr>
            <w:tcW w:w="1522" w:type="dxa"/>
            <w:vAlign w:val="center"/>
          </w:tcPr>
          <w:p w:rsidR="0078103A" w:rsidRDefault="00EC0840">
            <w:r>
              <w:rPr>
                <w:sz w:val="14"/>
              </w:rPr>
              <w:t>Childcare Disqualification / Staff Declaration</w:t>
            </w:r>
          </w:p>
        </w:tc>
        <w:tc>
          <w:tcPr>
            <w:tcW w:w="1522" w:type="dxa"/>
            <w:vAlign w:val="center"/>
          </w:tcPr>
          <w:p w:rsidR="0078103A" w:rsidRDefault="00EC0840">
            <w:r>
              <w:rPr>
                <w:sz w:val="14"/>
              </w:rPr>
              <w:t xml:space="preserve">Safeguarding – </w:t>
            </w:r>
            <w:r>
              <w:rPr>
                <w:sz w:val="14"/>
              </w:rPr>
              <w:t>RELEVANT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r w:rsidR="0078103A">
        <w:trPr>
          <w:jc w:val="center"/>
        </w:trPr>
        <w:tc>
          <w:tcPr>
            <w:tcW w:w="1522" w:type="dxa"/>
            <w:vAlign w:val="center"/>
          </w:tcPr>
          <w:p w:rsidR="0078103A" w:rsidRDefault="00EC0840">
            <w:r>
              <w:rPr>
                <w:sz w:val="14"/>
              </w:rPr>
              <w:t>25</w:t>
            </w:r>
          </w:p>
        </w:tc>
        <w:tc>
          <w:tcPr>
            <w:tcW w:w="1522" w:type="dxa"/>
            <w:vAlign w:val="center"/>
          </w:tcPr>
          <w:p w:rsidR="0078103A" w:rsidRDefault="00EC0840">
            <w:r>
              <w:rPr>
                <w:sz w:val="14"/>
              </w:rPr>
              <w:t>Lone Working / Staff Safety Policy</w:t>
            </w:r>
          </w:p>
        </w:tc>
        <w:tc>
          <w:tcPr>
            <w:tcW w:w="1522" w:type="dxa"/>
            <w:vAlign w:val="center"/>
          </w:tcPr>
          <w:p w:rsidR="0078103A" w:rsidRDefault="00EC0840">
            <w:r>
              <w:rPr>
                <w:sz w:val="14"/>
              </w:rPr>
              <w:t>Health &amp; safety – RELEVANT STAFF</w:t>
            </w:r>
          </w:p>
        </w:tc>
        <w:tc>
          <w:tcPr>
            <w:tcW w:w="1522" w:type="dxa"/>
            <w:vAlign w:val="center"/>
          </w:tcPr>
          <w:p w:rsidR="0078103A" w:rsidRDefault="00EC0840">
            <w:r>
              <w:rPr>
                <w:sz w:val="14"/>
              </w:rPr>
              <w:t>☐</w:t>
            </w:r>
            <w:r>
              <w:rPr>
                <w:sz w:val="14"/>
              </w:rPr>
              <w:t xml:space="preserve"> I confirm</w:t>
            </w:r>
          </w:p>
        </w:tc>
        <w:tc>
          <w:tcPr>
            <w:tcW w:w="1522" w:type="dxa"/>
            <w:vAlign w:val="center"/>
          </w:tcPr>
          <w:p w:rsidR="0078103A" w:rsidRDefault="00EC0840">
            <w:r>
              <w:rPr>
                <w:sz w:val="14"/>
              </w:rPr>
              <w:t>Date: __________</w:t>
            </w:r>
          </w:p>
        </w:tc>
        <w:tc>
          <w:tcPr>
            <w:tcW w:w="1522" w:type="dxa"/>
            <w:vAlign w:val="center"/>
          </w:tcPr>
          <w:p w:rsidR="0078103A" w:rsidRDefault="00EC0840">
            <w:r>
              <w:rPr>
                <w:sz w:val="14"/>
              </w:rPr>
              <w:t>Sign: __________</w:t>
            </w:r>
          </w:p>
        </w:tc>
        <w:tc>
          <w:tcPr>
            <w:tcW w:w="1522" w:type="dxa"/>
            <w:vAlign w:val="center"/>
          </w:tcPr>
          <w:p w:rsidR="0078103A" w:rsidRDefault="00EC0840">
            <w:r>
              <w:rPr>
                <w:sz w:val="14"/>
              </w:rPr>
              <w:t>☐</w:t>
            </w:r>
            <w:r>
              <w:rPr>
                <w:sz w:val="14"/>
              </w:rPr>
              <w:t xml:space="preserve"> Training</w:t>
            </w:r>
            <w:r>
              <w:rPr>
                <w:sz w:val="14"/>
              </w:rPr>
              <w:br/>
              <w:t>Date: ______</w:t>
            </w:r>
            <w:r>
              <w:rPr>
                <w:sz w:val="14"/>
              </w:rPr>
              <w:br/>
              <w:t>Sign: ______</w:t>
            </w:r>
          </w:p>
        </w:tc>
      </w:tr>
    </w:tbl>
    <w:p w:rsidR="0078103A" w:rsidRDefault="00EC0840">
      <w:pPr>
        <w:pStyle w:val="Heading1"/>
      </w:pPr>
      <w:r>
        <w:t>Additional policies / documents applicable to my role</w:t>
      </w:r>
    </w:p>
    <w:tbl>
      <w:tblPr>
        <w:tblW w:w="0" w:type="auto"/>
        <w:tblLook w:val="04A0" w:firstRow="1" w:lastRow="0" w:firstColumn="1" w:lastColumn="0" w:noHBand="0" w:noVBand="1"/>
      </w:tblPr>
      <w:tblGrid>
        <w:gridCol w:w="2664"/>
        <w:gridCol w:w="2664"/>
        <w:gridCol w:w="2664"/>
        <w:gridCol w:w="2664"/>
      </w:tblGrid>
      <w:tr w:rsidR="0078103A">
        <w:tc>
          <w:tcPr>
            <w:tcW w:w="2664" w:type="dxa"/>
          </w:tcPr>
          <w:p w:rsidR="0078103A" w:rsidRDefault="00EC0840">
            <w:r>
              <w:rPr>
                <w:b/>
              </w:rPr>
              <w:t>Policy /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r w:rsidR="0078103A">
        <w:tc>
          <w:tcPr>
            <w:tcW w:w="2664" w:type="dxa"/>
          </w:tcPr>
          <w:p w:rsidR="0078103A" w:rsidRDefault="00EC0840">
            <w:r>
              <w:rPr>
                <w:b/>
              </w:rPr>
              <w:t>Policy /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r w:rsidR="0078103A">
        <w:tc>
          <w:tcPr>
            <w:tcW w:w="2664" w:type="dxa"/>
          </w:tcPr>
          <w:p w:rsidR="0078103A" w:rsidRDefault="00EC0840">
            <w:r>
              <w:rPr>
                <w:b/>
              </w:rPr>
              <w:t>Policy /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r w:rsidR="0078103A">
        <w:tc>
          <w:tcPr>
            <w:tcW w:w="2664" w:type="dxa"/>
          </w:tcPr>
          <w:p w:rsidR="0078103A" w:rsidRDefault="00EC0840">
            <w:r>
              <w:rPr>
                <w:b/>
              </w:rPr>
              <w:t>Policy /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r w:rsidR="0078103A">
        <w:tc>
          <w:tcPr>
            <w:tcW w:w="2664" w:type="dxa"/>
          </w:tcPr>
          <w:p w:rsidR="0078103A" w:rsidRDefault="00EC0840">
            <w:r>
              <w:rPr>
                <w:b/>
              </w:rPr>
              <w:t>Policy /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r w:rsidR="0078103A">
        <w:tc>
          <w:tcPr>
            <w:tcW w:w="2664" w:type="dxa"/>
          </w:tcPr>
          <w:p w:rsidR="0078103A" w:rsidRDefault="00EC0840">
            <w:r>
              <w:rPr>
                <w:b/>
              </w:rPr>
              <w:t xml:space="preserve">Policy </w:t>
            </w:r>
            <w:r>
              <w:rPr>
                <w:b/>
              </w:rPr>
              <w:t>/ document:</w:t>
            </w:r>
          </w:p>
        </w:tc>
        <w:tc>
          <w:tcPr>
            <w:tcW w:w="2664" w:type="dxa"/>
          </w:tcPr>
          <w:p w:rsidR="0078103A" w:rsidRDefault="0078103A"/>
        </w:tc>
        <w:tc>
          <w:tcPr>
            <w:tcW w:w="2664" w:type="dxa"/>
          </w:tcPr>
          <w:p w:rsidR="0078103A" w:rsidRDefault="00EC0840">
            <w:r>
              <w:rPr>
                <w:b/>
              </w:rPr>
              <w:t>Read / training:</w:t>
            </w:r>
          </w:p>
        </w:tc>
        <w:tc>
          <w:tcPr>
            <w:tcW w:w="2664" w:type="dxa"/>
          </w:tcPr>
          <w:p w:rsidR="0078103A" w:rsidRDefault="0078103A"/>
        </w:tc>
      </w:tr>
    </w:tbl>
    <w:p w:rsidR="0078103A" w:rsidRDefault="00EC0840">
      <w:pPr>
        <w:pStyle w:val="Heading1"/>
      </w:pPr>
      <w:r>
        <w:t>Staff declaration</w:t>
      </w:r>
    </w:p>
    <w:p w:rsidR="0078103A" w:rsidRDefault="00EC0840">
      <w:r>
        <w:rPr>
          <w:b/>
        </w:rPr>
        <w:t xml:space="preserve">Each policy must be signed separately. Staff should complete the READ date/signature when they have read and understood the policy. Where training is required, the TRAINING date/signature must be completed </w:t>
      </w:r>
      <w:r>
        <w:rPr>
          <w:b/>
        </w:rPr>
        <w:t>separately after the training or briefing.</w:t>
      </w:r>
    </w:p>
    <w:p w:rsidR="0078103A" w:rsidRDefault="00EC0840">
      <w:r>
        <w:t>I confirm that I have been given access to the current versions of the policies and documents relevant to my role. For each policy that I have signed for above, I confirm that I have read it in full, understood it</w:t>
      </w:r>
      <w:r>
        <w:t>s requirements, and agree to adhere fully to the policy and to follow the procedures and expectations it sets out. I understand that where training is identified as required, my separate training sign-off confirms that I have completed the relevant trainin</w:t>
      </w:r>
      <w:r>
        <w:t>g or briefing. I understand that safeguarding is everyone's responsibility and that I must report concerns without delay in accordance with the school's procedures.</w:t>
      </w:r>
    </w:p>
    <w:p w:rsidR="0078103A" w:rsidRDefault="00EC0840">
      <w:r>
        <w:rPr>
          <w:b/>
        </w:rPr>
        <w:t xml:space="preserve">I understand that policies may be updated during the school year and that I am responsible </w:t>
      </w:r>
      <w:r>
        <w:rPr>
          <w:b/>
        </w:rPr>
        <w:t>for familiarising myself with significant updates communicated by the school.</w:t>
      </w:r>
    </w:p>
    <w:tbl>
      <w:tblPr>
        <w:tblStyle w:val="TableGrid"/>
        <w:tblW w:w="0" w:type="auto"/>
        <w:tblLook w:val="04A0" w:firstRow="1" w:lastRow="0" w:firstColumn="1" w:lastColumn="0" w:noHBand="0" w:noVBand="1"/>
      </w:tblPr>
      <w:tblGrid>
        <w:gridCol w:w="2664"/>
        <w:gridCol w:w="2664"/>
        <w:gridCol w:w="2664"/>
        <w:gridCol w:w="2664"/>
      </w:tblGrid>
      <w:tr w:rsidR="0078103A">
        <w:tc>
          <w:tcPr>
            <w:tcW w:w="2664" w:type="dxa"/>
          </w:tcPr>
          <w:p w:rsidR="0078103A" w:rsidRDefault="00EC0840">
            <w:r>
              <w:rPr>
                <w:b/>
              </w:rPr>
              <w:t>Staff signature</w:t>
            </w:r>
          </w:p>
        </w:tc>
        <w:tc>
          <w:tcPr>
            <w:tcW w:w="2664" w:type="dxa"/>
          </w:tcPr>
          <w:p w:rsidR="0078103A" w:rsidRDefault="0078103A"/>
        </w:tc>
        <w:tc>
          <w:tcPr>
            <w:tcW w:w="2664" w:type="dxa"/>
          </w:tcPr>
          <w:p w:rsidR="0078103A" w:rsidRDefault="00EC0840">
            <w:r>
              <w:rPr>
                <w:b/>
              </w:rPr>
              <w:t>Date</w:t>
            </w:r>
          </w:p>
        </w:tc>
        <w:tc>
          <w:tcPr>
            <w:tcW w:w="2664" w:type="dxa"/>
          </w:tcPr>
          <w:p w:rsidR="0078103A" w:rsidRDefault="0078103A"/>
        </w:tc>
      </w:tr>
      <w:tr w:rsidR="0078103A">
        <w:tc>
          <w:tcPr>
            <w:tcW w:w="2664" w:type="dxa"/>
          </w:tcPr>
          <w:p w:rsidR="0078103A" w:rsidRDefault="00EC0840">
            <w:r>
              <w:rPr>
                <w:b/>
              </w:rPr>
              <w:t>Headteacher / line manager</w:t>
            </w:r>
          </w:p>
        </w:tc>
        <w:tc>
          <w:tcPr>
            <w:tcW w:w="2664" w:type="dxa"/>
          </w:tcPr>
          <w:p w:rsidR="0078103A" w:rsidRDefault="0078103A"/>
        </w:tc>
        <w:tc>
          <w:tcPr>
            <w:tcW w:w="2664" w:type="dxa"/>
          </w:tcPr>
          <w:p w:rsidR="0078103A" w:rsidRDefault="00EC0840">
            <w:r>
              <w:rPr>
                <w:b/>
              </w:rPr>
              <w:t>Date</w:t>
            </w:r>
          </w:p>
        </w:tc>
        <w:tc>
          <w:tcPr>
            <w:tcW w:w="2664" w:type="dxa"/>
          </w:tcPr>
          <w:p w:rsidR="0078103A" w:rsidRDefault="0078103A"/>
        </w:tc>
      </w:tr>
      <w:tr w:rsidR="0078103A">
        <w:tc>
          <w:tcPr>
            <w:tcW w:w="2664" w:type="dxa"/>
          </w:tcPr>
          <w:p w:rsidR="0078103A" w:rsidRDefault="00EC0840">
            <w:r>
              <w:rPr>
                <w:b/>
              </w:rPr>
              <w:lastRenderedPageBreak/>
              <w:t>Induction / annual review completed by</w:t>
            </w:r>
          </w:p>
        </w:tc>
        <w:tc>
          <w:tcPr>
            <w:tcW w:w="2664" w:type="dxa"/>
          </w:tcPr>
          <w:p w:rsidR="0078103A" w:rsidRDefault="0078103A"/>
        </w:tc>
        <w:tc>
          <w:tcPr>
            <w:tcW w:w="2664" w:type="dxa"/>
          </w:tcPr>
          <w:p w:rsidR="0078103A" w:rsidRDefault="00EC0840">
            <w:r>
              <w:rPr>
                <w:b/>
              </w:rPr>
              <w:t>Date</w:t>
            </w:r>
          </w:p>
        </w:tc>
        <w:tc>
          <w:tcPr>
            <w:tcW w:w="2664" w:type="dxa"/>
          </w:tcPr>
          <w:p w:rsidR="0078103A" w:rsidRDefault="0078103A"/>
        </w:tc>
      </w:tr>
      <w:tr w:rsidR="0078103A">
        <w:tc>
          <w:tcPr>
            <w:tcW w:w="2664" w:type="dxa"/>
          </w:tcPr>
          <w:p w:rsidR="0078103A" w:rsidRDefault="00EC0840">
            <w:r>
              <w:rPr>
                <w:b/>
              </w:rPr>
              <w:t>Next policy review / update check</w:t>
            </w:r>
          </w:p>
        </w:tc>
        <w:tc>
          <w:tcPr>
            <w:tcW w:w="2664" w:type="dxa"/>
          </w:tcPr>
          <w:p w:rsidR="0078103A" w:rsidRDefault="0078103A"/>
        </w:tc>
        <w:tc>
          <w:tcPr>
            <w:tcW w:w="2664" w:type="dxa"/>
          </w:tcPr>
          <w:p w:rsidR="0078103A" w:rsidRDefault="00EC0840">
            <w:r>
              <w:rPr>
                <w:b/>
              </w:rPr>
              <w:t>Date</w:t>
            </w:r>
          </w:p>
        </w:tc>
        <w:tc>
          <w:tcPr>
            <w:tcW w:w="2664" w:type="dxa"/>
          </w:tcPr>
          <w:p w:rsidR="0078103A" w:rsidRDefault="0078103A"/>
        </w:tc>
      </w:tr>
    </w:tbl>
    <w:p w:rsidR="0078103A" w:rsidRDefault="00EC0840">
      <w:pPr>
        <w:pStyle w:val="Heading1"/>
      </w:pPr>
      <w:r>
        <w:t xml:space="preserve">Training record – annual / </w:t>
      </w:r>
      <w:r>
        <w:t>induction</w:t>
      </w:r>
    </w:p>
    <w:p w:rsidR="0078103A" w:rsidRDefault="00EC0840">
      <w:r>
        <w:rPr>
          <w:i/>
        </w:rPr>
        <w:t>Training must be signed separately from policy reading. Staff should only sign the training column after completing the relevant training/briefing.</w:t>
      </w:r>
    </w:p>
    <w:tbl>
      <w:tblPr>
        <w:tblStyle w:val="TableGrid"/>
        <w:tblW w:w="0" w:type="auto"/>
        <w:tblLook w:val="04A0" w:firstRow="1" w:lastRow="0" w:firstColumn="1" w:lastColumn="0" w:noHBand="0" w:noVBand="1"/>
      </w:tblPr>
      <w:tblGrid>
        <w:gridCol w:w="2131"/>
        <w:gridCol w:w="2131"/>
        <w:gridCol w:w="2131"/>
        <w:gridCol w:w="2131"/>
        <w:gridCol w:w="2131"/>
      </w:tblGrid>
      <w:tr w:rsidR="0078103A">
        <w:tc>
          <w:tcPr>
            <w:tcW w:w="2131" w:type="dxa"/>
          </w:tcPr>
          <w:p w:rsidR="0078103A" w:rsidRDefault="00EC0840">
            <w:r>
              <w:rPr>
                <w:b/>
              </w:rPr>
              <w:t>Training</w:t>
            </w:r>
          </w:p>
        </w:tc>
        <w:tc>
          <w:tcPr>
            <w:tcW w:w="2131" w:type="dxa"/>
          </w:tcPr>
          <w:p w:rsidR="0078103A" w:rsidRDefault="00EC0840">
            <w:r>
              <w:rPr>
                <w:b/>
              </w:rPr>
              <w:t>Provider / trainer</w:t>
            </w:r>
          </w:p>
        </w:tc>
        <w:tc>
          <w:tcPr>
            <w:tcW w:w="2131" w:type="dxa"/>
          </w:tcPr>
          <w:p w:rsidR="0078103A" w:rsidRDefault="00EC0840">
            <w:r>
              <w:rPr>
                <w:b/>
              </w:rPr>
              <w:t>Date</w:t>
            </w:r>
          </w:p>
        </w:tc>
        <w:tc>
          <w:tcPr>
            <w:tcW w:w="2131" w:type="dxa"/>
          </w:tcPr>
          <w:p w:rsidR="0078103A" w:rsidRDefault="00EC0840">
            <w:r>
              <w:rPr>
                <w:b/>
              </w:rPr>
              <w:t>Evidence / certificate</w:t>
            </w:r>
          </w:p>
        </w:tc>
        <w:tc>
          <w:tcPr>
            <w:tcW w:w="2131" w:type="dxa"/>
          </w:tcPr>
          <w:p w:rsidR="0078103A" w:rsidRDefault="00EC0840">
            <w:r>
              <w:rPr>
                <w:b/>
              </w:rPr>
              <w:t>Staff initials</w:t>
            </w:r>
          </w:p>
        </w:tc>
      </w:tr>
      <w:tr w:rsidR="0078103A">
        <w:tc>
          <w:tcPr>
            <w:tcW w:w="2131" w:type="dxa"/>
          </w:tcPr>
          <w:p w:rsidR="0078103A" w:rsidRDefault="00EC0840">
            <w:r>
              <w:t xml:space="preserve">Safeguarding &amp; Child </w:t>
            </w:r>
            <w:r>
              <w:t>Protection / KCSIE 2026</w:t>
            </w:r>
          </w:p>
          <w:p w:rsidR="00E04E95" w:rsidRDefault="00E04E95">
            <w:r>
              <w:t>Read Part A of KSCIE 2026</w:t>
            </w:r>
          </w:p>
        </w:tc>
        <w:tc>
          <w:tcPr>
            <w:tcW w:w="2131" w:type="dxa"/>
          </w:tcPr>
          <w:p w:rsidR="0078103A" w:rsidRDefault="00E04E95">
            <w:r>
              <w:t>Staffordshire Update- Headteacher</w:t>
            </w:r>
          </w:p>
          <w:p w:rsidR="00E04E95"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Online Safety / Filtering &amp; Monitoring</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Prevent</w:t>
            </w:r>
          </w:p>
        </w:tc>
        <w:tc>
          <w:tcPr>
            <w:tcW w:w="2131" w:type="dxa"/>
          </w:tcPr>
          <w:p w:rsidR="0078103A" w:rsidRDefault="00E04E95">
            <w:r>
              <w:t>National College/Gov Site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GDPR / Data Protection</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Cyber Security</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Behaviour &amp; Anti-Bullying</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Health &amp; Safety / Fire / Emergency</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AI Safety</w:t>
            </w:r>
          </w:p>
        </w:tc>
        <w:tc>
          <w:tcPr>
            <w:tcW w:w="2131" w:type="dxa"/>
          </w:tcPr>
          <w:p w:rsidR="0078103A" w:rsidRDefault="00E04E95">
            <w:r>
              <w:t>National College</w:t>
            </w:r>
          </w:p>
        </w:tc>
        <w:tc>
          <w:tcPr>
            <w:tcW w:w="2131" w:type="dxa"/>
          </w:tcPr>
          <w:p w:rsidR="0078103A" w:rsidRDefault="0078103A"/>
        </w:tc>
        <w:tc>
          <w:tcPr>
            <w:tcW w:w="2131" w:type="dxa"/>
          </w:tcPr>
          <w:p w:rsidR="0078103A" w:rsidRDefault="0078103A"/>
        </w:tc>
        <w:tc>
          <w:tcPr>
            <w:tcW w:w="2131" w:type="dxa"/>
          </w:tcPr>
          <w:p w:rsidR="0078103A" w:rsidRDefault="0078103A"/>
        </w:tc>
      </w:tr>
      <w:tr w:rsidR="0078103A">
        <w:tc>
          <w:tcPr>
            <w:tcW w:w="2131" w:type="dxa"/>
          </w:tcPr>
          <w:p w:rsidR="0078103A" w:rsidRDefault="00EC0840">
            <w:r>
              <w:t>Other role-specific training</w:t>
            </w:r>
          </w:p>
        </w:tc>
        <w:tc>
          <w:tcPr>
            <w:tcW w:w="2131" w:type="dxa"/>
          </w:tcPr>
          <w:p w:rsidR="0078103A" w:rsidRDefault="00E04E95">
            <w:r>
              <w:t>Allergy and Anaphylaxis-Steve Hallam (First Aid Trainer)</w:t>
            </w:r>
          </w:p>
          <w:p w:rsidR="00E04E95" w:rsidRDefault="00E04E95"/>
          <w:p w:rsidR="00E04E95" w:rsidRDefault="00E04E95">
            <w:r>
              <w:t>SEN training=EP</w:t>
            </w:r>
          </w:p>
          <w:p w:rsidR="00E04E95" w:rsidRDefault="00E04E95"/>
        </w:tc>
        <w:tc>
          <w:tcPr>
            <w:tcW w:w="2131" w:type="dxa"/>
          </w:tcPr>
          <w:p w:rsidR="0078103A" w:rsidRDefault="00E04E95">
            <w:r>
              <w:t>Wednesday 2</w:t>
            </w:r>
            <w:r w:rsidRPr="00E04E95">
              <w:rPr>
                <w:vertAlign w:val="superscript"/>
              </w:rPr>
              <w:t>nd</w:t>
            </w:r>
            <w:r>
              <w:t xml:space="preserve"> Sept 2026</w:t>
            </w:r>
          </w:p>
          <w:p w:rsidR="00E04E95" w:rsidRDefault="00E04E95"/>
          <w:p w:rsidR="00E04E95" w:rsidRDefault="00E04E95"/>
          <w:p w:rsidR="00E04E95" w:rsidRDefault="00E04E95"/>
          <w:p w:rsidR="00E04E95" w:rsidRDefault="00E04E95">
            <w:r>
              <w:t>Tuesday 1</w:t>
            </w:r>
            <w:r w:rsidRPr="00E04E95">
              <w:rPr>
                <w:vertAlign w:val="superscript"/>
              </w:rPr>
              <w:t>st</w:t>
            </w:r>
            <w:r>
              <w:t xml:space="preserve"> Sept 2026</w:t>
            </w:r>
          </w:p>
        </w:tc>
        <w:tc>
          <w:tcPr>
            <w:tcW w:w="2131" w:type="dxa"/>
          </w:tcPr>
          <w:p w:rsidR="0078103A" w:rsidRDefault="0078103A"/>
        </w:tc>
        <w:tc>
          <w:tcPr>
            <w:tcW w:w="2131" w:type="dxa"/>
          </w:tcPr>
          <w:p w:rsidR="0078103A" w:rsidRDefault="0078103A"/>
        </w:tc>
      </w:tr>
    </w:tbl>
    <w:p w:rsidR="0078103A" w:rsidRDefault="00EC0840">
      <w:r>
        <w:rPr>
          <w:b/>
        </w:rPr>
        <w:t xml:space="preserve">2026/27 policy note: </w:t>
      </w:r>
      <w:r>
        <w:t>Where Staffordshire County Council issues updated 2026/27 school policy or guidance during the year, the school will review its policies and staff acknowledgement requirements and communicate any changes. This signing sheet should be u</w:t>
      </w:r>
      <w:r>
        <w:t>pdated when new or revised mandatory guidance is issued.</w:t>
      </w:r>
    </w:p>
    <w:p w:rsidR="0078103A" w:rsidRDefault="00EC0840">
      <w:r>
        <w:rPr>
          <w:b/>
        </w:rPr>
        <w:t xml:space="preserve">KCSIE 2026 source note: </w:t>
      </w:r>
      <w:r>
        <w:t xml:space="preserve">KCSIE 2026 comes into force on 1 September 2026. The DfE states that all staff must read Part One in full and follow their school's safeguarding procedures, with safeguarding </w:t>
      </w:r>
      <w:r>
        <w:t>and child protection training including online safety at induction, regularly updated, and at least annual updates.</w:t>
      </w:r>
    </w:p>
    <w:p w:rsidR="00E04E95" w:rsidRDefault="00E04E95"/>
    <w:p w:rsidR="00E04E95" w:rsidRDefault="00E04E95">
      <w:pPr>
        <w:rPr>
          <w:color w:val="FF0000"/>
        </w:rPr>
      </w:pPr>
      <w:r w:rsidRPr="00E04E95">
        <w:rPr>
          <w:color w:val="FF0000"/>
        </w:rPr>
        <w:t xml:space="preserve">The schools safeguarding policy will be distributed to staff shortly after the model template form Staffordshire County Council has been received and amended/adapted to the school, by the Headteacher. Staff will need to read and sign this policy off once it has been received. </w:t>
      </w:r>
    </w:p>
    <w:p w:rsidR="00E04E95" w:rsidRPr="00E04E95" w:rsidRDefault="00E04E95">
      <w:pPr>
        <w:rPr>
          <w:color w:val="FF0000"/>
        </w:rPr>
      </w:pPr>
      <w:r>
        <w:rPr>
          <w:color w:val="FF0000"/>
        </w:rPr>
        <w:t>This is due to updates expected upon until the start of September 2026.</w:t>
      </w:r>
      <w:bookmarkStart w:id="0" w:name="_GoBack"/>
      <w:bookmarkEnd w:id="0"/>
    </w:p>
    <w:sectPr w:rsidR="00E04E95" w:rsidRPr="00E04E95" w:rsidSect="00034616">
      <w:footerReference w:type="default" r:id="rId8"/>
      <w:pgSz w:w="12240" w:h="15840"/>
      <w:pgMar w:top="864" w:right="792" w:bottom="864"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C0840">
      <w:pPr>
        <w:spacing w:after="0" w:line="240" w:lineRule="auto"/>
      </w:pPr>
      <w:r>
        <w:separator/>
      </w:r>
    </w:p>
  </w:endnote>
  <w:endnote w:type="continuationSeparator" w:id="0">
    <w:p w:rsidR="00000000" w:rsidRDefault="00EC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03A" w:rsidRDefault="00EC0840">
    <w:pPr>
      <w:pStyle w:val="Footer"/>
      <w:jc w:val="center"/>
    </w:pPr>
    <w:r>
      <w:rPr>
        <w:sz w:val="15"/>
      </w:rPr>
      <w:t xml:space="preserve">Wood Lane Primary School | Staff Policy Read, Understood &amp; Adhere </w:t>
    </w:r>
    <w:r>
      <w:rPr>
        <w:sz w:val="15"/>
      </w:rPr>
      <w:t>Fully | 2026–27 | KCSIE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C0840">
      <w:pPr>
        <w:spacing w:after="0" w:line="240" w:lineRule="auto"/>
      </w:pPr>
      <w:r>
        <w:separator/>
      </w:r>
    </w:p>
  </w:footnote>
  <w:footnote w:type="continuationSeparator" w:id="0">
    <w:p w:rsidR="00000000" w:rsidRDefault="00EC0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8103A"/>
    <w:rsid w:val="00AA1D8D"/>
    <w:rsid w:val="00B47730"/>
    <w:rsid w:val="00CB0664"/>
    <w:rsid w:val="00E04E95"/>
    <w:rsid w:val="00EC08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4A87D7"/>
  <w14:defaultImageDpi w14:val="300"/>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2CBC4-53BC-43B0-B362-5275EC3D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Fraser</cp:lastModifiedBy>
  <cp:revision>2</cp:revision>
  <dcterms:created xsi:type="dcterms:W3CDTF">2026-08-31T12:35:00Z</dcterms:created>
  <dcterms:modified xsi:type="dcterms:W3CDTF">2026-08-31T12:35:00Z</dcterms:modified>
  <cp:category/>
</cp:coreProperties>
</file>