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AA5" w:rsidRDefault="000F015F">
      <w:pPr>
        <w:spacing w:after="100"/>
        <w:jc w:val="center"/>
      </w:pPr>
      <w:bookmarkStart w:id="0" w:name="_GoBack"/>
      <w:bookmarkEnd w:id="0"/>
      <w:r>
        <w:rPr>
          <w:b/>
          <w:color w:val="17365D"/>
          <w:sz w:val="30"/>
        </w:rPr>
        <w:t>WOOD LANE PRIMARY SCHOOL</w:t>
      </w:r>
    </w:p>
    <w:p w:rsidR="00535AA5" w:rsidRDefault="000F015F">
      <w:pPr>
        <w:spacing w:after="40"/>
        <w:jc w:val="center"/>
      </w:pPr>
      <w:r>
        <w:rPr>
          <w:b/>
          <w:color w:val="2E7D32"/>
          <w:sz w:val="56"/>
        </w:rPr>
        <w:t>SCHOOL PARLIAMENT</w:t>
      </w:r>
    </w:p>
    <w:p w:rsidR="00535AA5" w:rsidRDefault="000F015F">
      <w:pPr>
        <w:spacing w:after="160"/>
        <w:jc w:val="center"/>
      </w:pPr>
      <w:r>
        <w:rPr>
          <w:i/>
          <w:color w:val="5A646E"/>
          <w:sz w:val="24"/>
        </w:rPr>
        <w:t>Mission Statement • 2026</w:t>
      </w:r>
    </w:p>
    <w:p w:rsidR="00535AA5" w:rsidRDefault="000F015F">
      <w:pPr>
        <w:jc w:val="center"/>
      </w:pPr>
      <w:r>
        <w:rPr>
          <w:noProof/>
        </w:rPr>
        <w:drawing>
          <wp:inline distT="0" distB="0" distL="0" distR="0">
            <wp:extent cx="2834640" cy="31141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05cddf6-0ab2-4a06-b87c-884ed8dd5a02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311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5AA5" w:rsidRDefault="000F015F">
      <w:pPr>
        <w:spacing w:after="160"/>
        <w:jc w:val="center"/>
      </w:pPr>
      <w:r>
        <w:rPr>
          <w:b/>
          <w:color w:val="17365D"/>
          <w:sz w:val="36"/>
        </w:rPr>
        <w:t>“Be the best version of yourself”</w:t>
      </w:r>
    </w:p>
    <w:p w:rsidR="00535AA5" w:rsidRDefault="000F015F">
      <w:pPr>
        <w:spacing w:after="80"/>
        <w:jc w:val="center"/>
      </w:pPr>
      <w:r>
        <w:rPr>
          <w:b/>
          <w:color w:val="2E7D32"/>
          <w:sz w:val="34"/>
        </w:rPr>
        <w:t>Our Mission</w:t>
      </w:r>
    </w:p>
    <w:p w:rsidR="00535AA5" w:rsidRDefault="000F015F">
      <w:pPr>
        <w:jc w:val="center"/>
      </w:pPr>
      <w:r>
        <w:rPr>
          <w:color w:val="24313F"/>
          <w:sz w:val="23"/>
        </w:rPr>
        <w:t>Our School Parliament brings together the voices of children across Wood Lane. We work together to make our school a safe, happy, inclusive</w:t>
      </w:r>
      <w:r>
        <w:rPr>
          <w:color w:val="24313F"/>
          <w:sz w:val="23"/>
        </w:rPr>
        <w:t xml:space="preserve"> and inspiring place where every child can learn, belong and be the best version of themselves.</w:t>
      </w:r>
    </w:p>
    <w:p w:rsidR="00535AA5" w:rsidRDefault="000F015F">
      <w:pPr>
        <w:spacing w:after="100"/>
        <w:jc w:val="center"/>
      </w:pPr>
      <w:r>
        <w:rPr>
          <w:b/>
          <w:color w:val="17365D"/>
          <w:sz w:val="32"/>
        </w:rPr>
        <w:t>OUR 7 WHOLE-SCHOOL VALUES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535AA5">
        <w:trPr>
          <w:jc w:val="center"/>
        </w:trPr>
        <w:tc>
          <w:tcPr>
            <w:tcW w:w="2592" w:type="dxa"/>
            <w:vAlign w:val="center"/>
          </w:tcPr>
          <w:p w:rsidR="00535AA5" w:rsidRDefault="000F015F">
            <w:pPr>
              <w:jc w:val="center"/>
            </w:pPr>
            <w:r>
              <w:rPr>
                <w:b/>
                <w:color w:val="2E7D32"/>
                <w:sz w:val="20"/>
              </w:rPr>
              <w:t>RESILIENCE</w:t>
            </w:r>
            <w:r>
              <w:rPr>
                <w:b/>
                <w:color w:val="2E7D32"/>
                <w:sz w:val="20"/>
              </w:rPr>
              <w:br/>
            </w:r>
            <w:r>
              <w:rPr>
                <w:sz w:val="16"/>
              </w:rPr>
              <w:t>We keep going, learn from challenges and believe we can improve.</w:t>
            </w:r>
          </w:p>
        </w:tc>
        <w:tc>
          <w:tcPr>
            <w:tcW w:w="2592" w:type="dxa"/>
            <w:vAlign w:val="center"/>
          </w:tcPr>
          <w:p w:rsidR="00535AA5" w:rsidRDefault="000F015F">
            <w:pPr>
              <w:jc w:val="center"/>
            </w:pPr>
            <w:r>
              <w:rPr>
                <w:b/>
                <w:color w:val="2E7D32"/>
                <w:sz w:val="20"/>
              </w:rPr>
              <w:t>ASPIRATION</w:t>
            </w:r>
            <w:r>
              <w:rPr>
                <w:b/>
                <w:color w:val="2E7D32"/>
                <w:sz w:val="20"/>
              </w:rPr>
              <w:br/>
            </w:r>
            <w:r>
              <w:rPr>
                <w:sz w:val="16"/>
              </w:rPr>
              <w:t>We aim high, believe in our potential and striv</w:t>
            </w:r>
            <w:r>
              <w:rPr>
                <w:sz w:val="16"/>
              </w:rPr>
              <w:t>e to achieve our personal best.</w:t>
            </w:r>
          </w:p>
        </w:tc>
        <w:tc>
          <w:tcPr>
            <w:tcW w:w="2592" w:type="dxa"/>
            <w:vAlign w:val="center"/>
          </w:tcPr>
          <w:p w:rsidR="00535AA5" w:rsidRDefault="000F015F">
            <w:pPr>
              <w:jc w:val="center"/>
            </w:pPr>
            <w:r>
              <w:rPr>
                <w:b/>
                <w:color w:val="2E7D32"/>
                <w:sz w:val="20"/>
              </w:rPr>
              <w:t>PRIDE</w:t>
            </w:r>
            <w:r>
              <w:rPr>
                <w:b/>
                <w:color w:val="2E7D32"/>
                <w:sz w:val="20"/>
              </w:rPr>
              <w:br/>
            </w:r>
            <w:r>
              <w:rPr>
                <w:sz w:val="16"/>
              </w:rPr>
              <w:t>We take pride in ourselves, our learning, our actions and our school.</w:t>
            </w:r>
          </w:p>
        </w:tc>
        <w:tc>
          <w:tcPr>
            <w:tcW w:w="2592" w:type="dxa"/>
            <w:vAlign w:val="center"/>
          </w:tcPr>
          <w:p w:rsidR="00535AA5" w:rsidRDefault="000F015F">
            <w:pPr>
              <w:jc w:val="center"/>
            </w:pPr>
            <w:r>
              <w:rPr>
                <w:b/>
                <w:color w:val="2E7D32"/>
                <w:sz w:val="20"/>
              </w:rPr>
              <w:t>POSITIVITY</w:t>
            </w:r>
            <w:r>
              <w:rPr>
                <w:b/>
                <w:color w:val="2E7D32"/>
                <w:sz w:val="20"/>
              </w:rPr>
              <w:br/>
            </w:r>
            <w:r>
              <w:rPr>
                <w:sz w:val="16"/>
              </w:rPr>
              <w:t>We approach learning and challenges with a positive attitude and encourage others.</w:t>
            </w:r>
          </w:p>
        </w:tc>
      </w:tr>
      <w:tr w:rsidR="00535AA5">
        <w:trPr>
          <w:jc w:val="center"/>
        </w:trPr>
        <w:tc>
          <w:tcPr>
            <w:tcW w:w="2592" w:type="dxa"/>
            <w:vAlign w:val="center"/>
          </w:tcPr>
          <w:p w:rsidR="00535AA5" w:rsidRDefault="000F015F">
            <w:pPr>
              <w:jc w:val="center"/>
            </w:pPr>
            <w:r>
              <w:rPr>
                <w:b/>
                <w:color w:val="2E7D32"/>
                <w:sz w:val="20"/>
              </w:rPr>
              <w:t>EMPATHY</w:t>
            </w:r>
            <w:r>
              <w:rPr>
                <w:b/>
                <w:color w:val="2E7D32"/>
                <w:sz w:val="20"/>
              </w:rPr>
              <w:br/>
            </w:r>
            <w:r>
              <w:rPr>
                <w:sz w:val="16"/>
              </w:rPr>
              <w:t xml:space="preserve">We listen, understand and consider how other </w:t>
            </w:r>
            <w:r>
              <w:rPr>
                <w:sz w:val="16"/>
              </w:rPr>
              <w:t>people may feel.</w:t>
            </w:r>
          </w:p>
        </w:tc>
        <w:tc>
          <w:tcPr>
            <w:tcW w:w="2592" w:type="dxa"/>
            <w:vAlign w:val="center"/>
          </w:tcPr>
          <w:p w:rsidR="00535AA5" w:rsidRDefault="000F015F">
            <w:pPr>
              <w:jc w:val="center"/>
            </w:pPr>
            <w:r>
              <w:rPr>
                <w:b/>
                <w:color w:val="2E7D32"/>
                <w:sz w:val="20"/>
              </w:rPr>
              <w:t>RESPECT</w:t>
            </w:r>
            <w:r>
              <w:rPr>
                <w:b/>
                <w:color w:val="2E7D32"/>
                <w:sz w:val="20"/>
              </w:rPr>
              <w:br/>
            </w:r>
            <w:r>
              <w:rPr>
                <w:sz w:val="16"/>
              </w:rPr>
              <w:t>We value ourselves, other people, differences and our school community.</w:t>
            </w:r>
          </w:p>
        </w:tc>
        <w:tc>
          <w:tcPr>
            <w:tcW w:w="2592" w:type="dxa"/>
            <w:vAlign w:val="center"/>
          </w:tcPr>
          <w:p w:rsidR="00535AA5" w:rsidRDefault="000F015F">
            <w:pPr>
              <w:jc w:val="center"/>
            </w:pPr>
            <w:r>
              <w:rPr>
                <w:b/>
                <w:color w:val="2E7D32"/>
                <w:sz w:val="20"/>
              </w:rPr>
              <w:t>SAFETY</w:t>
            </w:r>
            <w:r>
              <w:rPr>
                <w:b/>
                <w:color w:val="2E7D32"/>
                <w:sz w:val="20"/>
              </w:rPr>
              <w:br/>
            </w:r>
            <w:r>
              <w:rPr>
                <w:sz w:val="16"/>
              </w:rPr>
              <w:t>We help keep ourselves and others safe and speak up when something is not right.</w:t>
            </w:r>
          </w:p>
        </w:tc>
        <w:tc>
          <w:tcPr>
            <w:tcW w:w="2592" w:type="dxa"/>
          </w:tcPr>
          <w:p w:rsidR="00535AA5" w:rsidRDefault="00535AA5"/>
        </w:tc>
      </w:tr>
    </w:tbl>
    <w:p w:rsidR="00535AA5" w:rsidRDefault="00535AA5"/>
    <w:p w:rsidR="00535AA5" w:rsidRDefault="000F015F">
      <w:pPr>
        <w:spacing w:after="100"/>
        <w:jc w:val="center"/>
      </w:pPr>
      <w:r>
        <w:rPr>
          <w:b/>
          <w:color w:val="17365D"/>
          <w:sz w:val="32"/>
        </w:rPr>
        <w:t>OUR THREE GOLDEN RULES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35AA5">
        <w:trPr>
          <w:jc w:val="center"/>
        </w:trPr>
        <w:tc>
          <w:tcPr>
            <w:tcW w:w="3456" w:type="dxa"/>
          </w:tcPr>
          <w:p w:rsidR="00535AA5" w:rsidRDefault="000F015F">
            <w:pPr>
              <w:jc w:val="center"/>
            </w:pPr>
            <w:r>
              <w:rPr>
                <w:b/>
                <w:color w:val="17365D"/>
              </w:rPr>
              <w:t>BE READY</w:t>
            </w:r>
            <w:r>
              <w:rPr>
                <w:b/>
                <w:color w:val="17365D"/>
              </w:rPr>
              <w:br/>
            </w:r>
            <w:r>
              <w:rPr>
                <w:sz w:val="18"/>
              </w:rPr>
              <w:t>Ready to learn, participate and give</w:t>
            </w:r>
            <w:r>
              <w:rPr>
                <w:sz w:val="18"/>
              </w:rPr>
              <w:t xml:space="preserve"> our best.</w:t>
            </w:r>
          </w:p>
        </w:tc>
        <w:tc>
          <w:tcPr>
            <w:tcW w:w="3456" w:type="dxa"/>
          </w:tcPr>
          <w:p w:rsidR="00535AA5" w:rsidRDefault="000F015F">
            <w:pPr>
              <w:jc w:val="center"/>
            </w:pPr>
            <w:r>
              <w:rPr>
                <w:b/>
                <w:color w:val="17365D"/>
              </w:rPr>
              <w:t>BE RESPECTFUL</w:t>
            </w:r>
            <w:r>
              <w:rPr>
                <w:b/>
                <w:color w:val="17365D"/>
              </w:rPr>
              <w:br/>
            </w:r>
            <w:r>
              <w:rPr>
                <w:sz w:val="18"/>
              </w:rPr>
              <w:t>Respect ourselves, others, our school and our community.</w:t>
            </w:r>
          </w:p>
        </w:tc>
        <w:tc>
          <w:tcPr>
            <w:tcW w:w="3456" w:type="dxa"/>
          </w:tcPr>
          <w:p w:rsidR="00535AA5" w:rsidRDefault="000F015F">
            <w:pPr>
              <w:jc w:val="center"/>
            </w:pPr>
            <w:r>
              <w:rPr>
                <w:b/>
                <w:color w:val="17365D"/>
              </w:rPr>
              <w:t>BE RESPONSIBLE</w:t>
            </w:r>
            <w:r>
              <w:rPr>
                <w:b/>
                <w:color w:val="17365D"/>
              </w:rPr>
              <w:br/>
            </w:r>
            <w:r>
              <w:rPr>
                <w:sz w:val="18"/>
              </w:rPr>
              <w:t>Take responsibility for our choices, actions and their impact.</w:t>
            </w:r>
          </w:p>
        </w:tc>
      </w:tr>
    </w:tbl>
    <w:p w:rsidR="00535AA5" w:rsidRDefault="00535AA5"/>
    <w:p w:rsidR="00535AA5" w:rsidRDefault="000F015F">
      <w:pPr>
        <w:spacing w:after="80"/>
        <w:jc w:val="center"/>
      </w:pPr>
      <w:r>
        <w:rPr>
          <w:b/>
          <w:color w:val="2E7D32"/>
          <w:sz w:val="32"/>
        </w:rPr>
        <w:t>AS SCHOOL PARLIAMENT MEMBERS, WE WILL:</w:t>
      </w:r>
    </w:p>
    <w:p w:rsidR="00535AA5" w:rsidRDefault="000F015F">
      <w:pPr>
        <w:spacing w:before="80" w:after="20"/>
      </w:pPr>
      <w:r>
        <w:rPr>
          <w:b/>
          <w:color w:val="2E7D32"/>
        </w:rPr>
        <w:lastRenderedPageBreak/>
        <w:t>Listen and represent</w:t>
      </w:r>
    </w:p>
    <w:p w:rsidR="00535AA5" w:rsidRDefault="000F015F">
      <w:pPr>
        <w:spacing w:after="40"/>
        <w:ind w:left="173"/>
      </w:pPr>
      <w:r>
        <w:rPr>
          <w:sz w:val="19"/>
        </w:rPr>
        <w:t xml:space="preserve">We seek the views, ideas and </w:t>
      </w:r>
      <w:r>
        <w:rPr>
          <w:sz w:val="19"/>
        </w:rPr>
        <w:t>worries of children in our classes and make sure their voices are heard.</w:t>
      </w:r>
    </w:p>
    <w:p w:rsidR="00535AA5" w:rsidRDefault="000F015F">
      <w:pPr>
        <w:spacing w:before="80" w:after="20"/>
      </w:pPr>
      <w:r>
        <w:rPr>
          <w:b/>
          <w:color w:val="2E7D32"/>
        </w:rPr>
        <w:t>Put safety and safeguarding first</w:t>
      </w:r>
    </w:p>
    <w:p w:rsidR="00535AA5" w:rsidRDefault="000F015F">
      <w:pPr>
        <w:spacing w:after="40"/>
        <w:ind w:left="173"/>
      </w:pPr>
      <w:r>
        <w:rPr>
          <w:sz w:val="19"/>
        </w:rPr>
        <w:t>We help create a safe school. We know trusted adults and encourage children to speak up when they are worried.</w:t>
      </w:r>
    </w:p>
    <w:p w:rsidR="00535AA5" w:rsidRDefault="000F015F">
      <w:pPr>
        <w:spacing w:before="80" w:after="20"/>
      </w:pPr>
      <w:r>
        <w:rPr>
          <w:b/>
          <w:color w:val="2E7D32"/>
        </w:rPr>
        <w:t>Be a telling school</w:t>
      </w:r>
    </w:p>
    <w:p w:rsidR="00535AA5" w:rsidRDefault="000F015F">
      <w:pPr>
        <w:spacing w:after="40"/>
        <w:ind w:left="173"/>
      </w:pPr>
      <w:r>
        <w:rPr>
          <w:sz w:val="19"/>
        </w:rPr>
        <w:t>We help children u</w:t>
      </w:r>
      <w:r>
        <w:rPr>
          <w:sz w:val="19"/>
        </w:rPr>
        <w:t>nderstand that telling a trusted adult about something unsafe, unkind or wrong is the right thing to do. It is OK to tell.</w:t>
      </w:r>
    </w:p>
    <w:p w:rsidR="00535AA5" w:rsidRDefault="000F015F">
      <w:pPr>
        <w:spacing w:before="80" w:after="20"/>
      </w:pPr>
      <w:r>
        <w:rPr>
          <w:b/>
          <w:color w:val="2E7D32"/>
        </w:rPr>
        <w:t>Live our values</w:t>
      </w:r>
    </w:p>
    <w:p w:rsidR="00535AA5" w:rsidRDefault="000F015F">
      <w:pPr>
        <w:spacing w:after="40"/>
        <w:ind w:left="173"/>
      </w:pPr>
      <w:r>
        <w:rPr>
          <w:sz w:val="19"/>
        </w:rPr>
        <w:t xml:space="preserve">We model Resilience, Aspiration, Pride, Positivity, Empathy, Respect and Safety in the way we speak, listen, decide </w:t>
      </w:r>
      <w:r>
        <w:rPr>
          <w:sz w:val="19"/>
        </w:rPr>
        <w:t>and act.</w:t>
      </w:r>
    </w:p>
    <w:p w:rsidR="00535AA5" w:rsidRDefault="000F015F">
      <w:pPr>
        <w:spacing w:before="80" w:after="20"/>
      </w:pPr>
      <w:r>
        <w:rPr>
          <w:b/>
          <w:color w:val="2E7D32"/>
        </w:rPr>
        <w:t>Follow our golden rules</w:t>
      </w:r>
    </w:p>
    <w:p w:rsidR="00535AA5" w:rsidRDefault="000F015F">
      <w:pPr>
        <w:spacing w:after="40"/>
        <w:ind w:left="173"/>
      </w:pPr>
      <w:r>
        <w:rPr>
          <w:sz w:val="19"/>
        </w:rPr>
        <w:t>We are Ready, Respectful and Responsible and encourage others to do the same.</w:t>
      </w:r>
    </w:p>
    <w:p w:rsidR="00535AA5" w:rsidRDefault="000F015F">
      <w:pPr>
        <w:spacing w:before="80" w:after="20"/>
      </w:pPr>
      <w:r>
        <w:rPr>
          <w:b/>
          <w:color w:val="2E7D32"/>
        </w:rPr>
        <w:t>Influence school life and learning</w:t>
      </w:r>
    </w:p>
    <w:p w:rsidR="00535AA5" w:rsidRDefault="000F015F">
      <w:pPr>
        <w:spacing w:after="40"/>
        <w:ind w:left="173"/>
      </w:pPr>
      <w:r>
        <w:rPr>
          <w:sz w:val="19"/>
        </w:rPr>
        <w:t>We share pupils' ideas about curriculum, teaching and learning, wellbeing, playtimes, the environment and wide</w:t>
      </w:r>
      <w:r>
        <w:rPr>
          <w:sz w:val="19"/>
        </w:rPr>
        <w:t>r school life.</w:t>
      </w:r>
    </w:p>
    <w:p w:rsidR="00535AA5" w:rsidRDefault="000F015F">
      <w:pPr>
        <w:spacing w:before="80" w:after="20"/>
      </w:pPr>
      <w:r>
        <w:rPr>
          <w:b/>
          <w:color w:val="2E7D32"/>
        </w:rPr>
        <w:t>Include every voice</w:t>
      </w:r>
    </w:p>
    <w:p w:rsidR="00535AA5" w:rsidRDefault="000F015F">
      <w:pPr>
        <w:spacing w:after="40"/>
        <w:ind w:left="173"/>
      </w:pPr>
      <w:r>
        <w:rPr>
          <w:sz w:val="19"/>
        </w:rPr>
        <w:t>We make opportunities for pupils with different experiences, needs and ways of communicating to contribute.</w:t>
      </w:r>
    </w:p>
    <w:p w:rsidR="00535AA5" w:rsidRDefault="000F015F">
      <w:pPr>
        <w:spacing w:before="80" w:after="20"/>
      </w:pPr>
      <w:r>
        <w:rPr>
          <w:b/>
          <w:color w:val="2E7D32"/>
        </w:rPr>
        <w:t>Make positive change</w:t>
      </w:r>
    </w:p>
    <w:p w:rsidR="00535AA5" w:rsidRDefault="000F015F">
      <w:pPr>
        <w:spacing w:after="40"/>
        <w:ind w:left="173"/>
      </w:pPr>
      <w:r>
        <w:rPr>
          <w:sz w:val="19"/>
        </w:rPr>
        <w:t>We discuss solutions, support agreed actions and review whether changes have made a differen</w:t>
      </w:r>
      <w:r>
        <w:rPr>
          <w:sz w:val="19"/>
        </w:rPr>
        <w:t>ce.</w:t>
      </w:r>
    </w:p>
    <w:p w:rsidR="00535AA5" w:rsidRDefault="000F015F">
      <w:pPr>
        <w:spacing w:before="80" w:after="20"/>
      </w:pPr>
      <w:r>
        <w:rPr>
          <w:b/>
          <w:color w:val="2E7D32"/>
        </w:rPr>
        <w:t>Serve our community</w:t>
      </w:r>
    </w:p>
    <w:p w:rsidR="00535AA5" w:rsidRDefault="000F015F">
      <w:pPr>
        <w:spacing w:after="40"/>
        <w:ind w:left="173"/>
      </w:pPr>
      <w:r>
        <w:rPr>
          <w:sz w:val="19"/>
        </w:rPr>
        <w:t>We support charity and community projects and look for ways to make a positive difference beyond our school.</w:t>
      </w:r>
    </w:p>
    <w:p w:rsidR="00535AA5" w:rsidRDefault="000F015F">
      <w:pPr>
        <w:spacing w:after="40"/>
        <w:jc w:val="center"/>
      </w:pPr>
      <w:r>
        <w:rPr>
          <w:b/>
          <w:color w:val="17365D"/>
          <w:sz w:val="32"/>
        </w:rPr>
        <w:t>OUR PARLIAMENT PROMISE</w:t>
      </w:r>
    </w:p>
    <w:p w:rsidR="00535AA5" w:rsidRDefault="000F015F">
      <w:pPr>
        <w:spacing w:after="60"/>
        <w:jc w:val="center"/>
      </w:pPr>
      <w:r>
        <w:rPr>
          <w:b/>
          <w:color w:val="2E7D32"/>
          <w:sz w:val="25"/>
        </w:rPr>
        <w:t>LISTEN  →  DISCUSS  →  REPRESENT  →  ACT  →  REVIEW</w:t>
      </w:r>
    </w:p>
    <w:p w:rsidR="00535AA5" w:rsidRDefault="000F015F">
      <w:pPr>
        <w:spacing w:after="160"/>
        <w:jc w:val="center"/>
      </w:pPr>
      <w:r>
        <w:rPr>
          <w:color w:val="24313F"/>
          <w:sz w:val="19"/>
        </w:rPr>
        <w:t>We listen to our pupils, discuss ideas respectfu</w:t>
      </w:r>
      <w:r>
        <w:rPr>
          <w:color w:val="24313F"/>
          <w:sz w:val="19"/>
        </w:rPr>
        <w:t>lly, represent our classes, take positive action where we can, and review the difference our work has made.</w:t>
      </w:r>
    </w:p>
    <w:p w:rsidR="00535AA5" w:rsidRDefault="000F015F">
      <w:r>
        <w:rPr>
          <w:b/>
          <w:color w:val="17365D"/>
          <w:sz w:val="25"/>
        </w:rPr>
        <w:t>SAFEGUARDING MESSAGE FOR EVERY PUPIL</w:t>
      </w:r>
    </w:p>
    <w:p w:rsidR="00535AA5" w:rsidRDefault="000F015F">
      <w:r>
        <w:rPr>
          <w:sz w:val="19"/>
        </w:rPr>
        <w:t>Safeguarding is everyone's responsibility. If something is worrying you, making you feel unsafe, or you think s</w:t>
      </w:r>
      <w:r>
        <w:rPr>
          <w:sz w:val="19"/>
        </w:rPr>
        <w:t>omeone else may not be safe, tell a trusted adult. You can speak to your teacher, a member of the safeguarding team or another adult you trust. School Parliament members listen and represent pupils, but they do not investigate safeguarding concerns — conce</w:t>
      </w:r>
      <w:r>
        <w:rPr>
          <w:sz w:val="19"/>
        </w:rPr>
        <w:t>rns must be passed to a trusted adult.</w:t>
      </w:r>
    </w:p>
    <w:p w:rsidR="00535AA5" w:rsidRDefault="000F015F">
      <w:pPr>
        <w:spacing w:after="40"/>
        <w:jc w:val="center"/>
      </w:pPr>
      <w:r>
        <w:rPr>
          <w:b/>
          <w:color w:val="2E7D32"/>
          <w:sz w:val="25"/>
        </w:rPr>
        <w:t>Every voice matters. Every child belongs. Every child deserves to be safe.</w:t>
      </w:r>
    </w:p>
    <w:p w:rsidR="00535AA5" w:rsidRDefault="000F015F">
      <w:pPr>
        <w:spacing w:after="0"/>
        <w:jc w:val="center"/>
      </w:pPr>
      <w:r>
        <w:rPr>
          <w:b/>
          <w:color w:val="17365D"/>
          <w:sz w:val="28"/>
        </w:rPr>
        <w:t>Be the best version of yourself.</w:t>
      </w:r>
    </w:p>
    <w:sectPr w:rsidR="00535AA5" w:rsidSect="000F015F">
      <w:pgSz w:w="12240" w:h="15840"/>
      <w:pgMar w:top="792" w:right="936" w:bottom="792" w:left="936" w:header="720" w:footer="720" w:gutter="0"/>
      <w:pgBorders w:offsetFrom="page">
        <w:top w:val="threeDEngrave" w:sz="48" w:space="24" w:color="00B050"/>
        <w:left w:val="threeDEngrave" w:sz="48" w:space="24" w:color="00B050"/>
        <w:bottom w:val="threeDEmboss" w:sz="48" w:space="24" w:color="00B050"/>
        <w:right w:val="threeDEmboss" w:sz="48" w:space="24" w:color="00B05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015F"/>
    <w:rsid w:val="0015074B"/>
    <w:rsid w:val="0029639D"/>
    <w:rsid w:val="00326F90"/>
    <w:rsid w:val="00535AA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A69385E-1C36-447C-8A2D-3AAE7523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35C189-9EAC-4BEB-8C73-5AC434582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Samantha Fraser</cp:lastModifiedBy>
  <cp:revision>2</cp:revision>
  <dcterms:created xsi:type="dcterms:W3CDTF">2026-08-31T11:46:00Z</dcterms:created>
  <dcterms:modified xsi:type="dcterms:W3CDTF">2026-08-31T11:46:00Z</dcterms:modified>
  <cp:category/>
</cp:coreProperties>
</file>