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104888" cy="106573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bright_infographic_poster_flat_graphic_desig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04888" cy="1065733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9" w:h="16834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